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37D2F" w14:textId="77777777" w:rsidR="00E244AD" w:rsidRDefault="00000000" w:rsidP="005A61E7">
      <w:pPr>
        <w:pStyle w:val="Heading1"/>
        <w:rPr>
          <w:lang w:val="fr-FR"/>
        </w:rPr>
      </w:pPr>
      <w:r w:rsidRPr="00324656">
        <w:rPr>
          <w:lang w:val="fr-FR"/>
        </w:rPr>
        <w:t>Annexe 1 : Modèle de la lettre de soutien du laboratoire</w:t>
      </w:r>
    </w:p>
    <w:p w14:paraId="5306869E" w14:textId="77777777" w:rsidR="005A61E7" w:rsidRPr="005A61E7" w:rsidRDefault="005A61E7" w:rsidP="005A61E7">
      <w:pPr>
        <w:rPr>
          <w:lang w:val="fr-FR"/>
        </w:rPr>
      </w:pPr>
    </w:p>
    <w:p w14:paraId="01364347" w14:textId="77777777" w:rsidR="00E244AD" w:rsidRPr="00324656" w:rsidRDefault="00000000">
      <w:pPr>
        <w:rPr>
          <w:lang w:val="fr-FR"/>
        </w:rPr>
      </w:pPr>
      <w:r w:rsidRPr="00324656">
        <w:rPr>
          <w:lang w:val="fr-FR"/>
        </w:rPr>
        <w:t>Madame, Monsieur,</w:t>
      </w:r>
    </w:p>
    <w:p w14:paraId="19BFAE0C" w14:textId="77777777" w:rsidR="00E244AD" w:rsidRPr="00324656" w:rsidRDefault="00000000">
      <w:pPr>
        <w:rPr>
          <w:lang w:val="fr-FR"/>
        </w:rPr>
      </w:pPr>
      <w:r w:rsidRPr="00324656">
        <w:rPr>
          <w:lang w:val="fr-FR"/>
        </w:rPr>
        <w:t>Je, soussigné(e) [Nom Prénom], du laboratoire [nom du laboratoire], ai bien eu connaissance du projet [Nom du projet] déposé par [Nom du porteur / des co-porteurs], dont le budget pourra être hébergé au sein de notre laboratoire.</w:t>
      </w:r>
    </w:p>
    <w:p w14:paraId="6984BF20" w14:textId="77777777" w:rsidR="00E244AD" w:rsidRPr="00324656" w:rsidRDefault="00000000">
      <w:pPr>
        <w:rPr>
          <w:lang w:val="fr-FR"/>
        </w:rPr>
      </w:pPr>
      <w:r w:rsidRPr="00324656">
        <w:rPr>
          <w:lang w:val="fr-FR"/>
        </w:rPr>
        <w:t>Pour faire valoir ce que de droit,</w:t>
      </w:r>
    </w:p>
    <w:p w14:paraId="24A51FE2" w14:textId="77777777" w:rsidR="00E244AD" w:rsidRPr="00324656" w:rsidRDefault="00000000">
      <w:pPr>
        <w:rPr>
          <w:lang w:val="fr-FR"/>
        </w:rPr>
      </w:pPr>
      <w:r w:rsidRPr="00324656">
        <w:rPr>
          <w:lang w:val="fr-FR"/>
        </w:rPr>
        <w:t>[Signature de la direction du laboratoire]</w:t>
      </w:r>
    </w:p>
    <w:sectPr w:rsidR="00E244AD" w:rsidRPr="00324656" w:rsidSect="000E2054">
      <w:headerReference w:type="default" r:id="rId8"/>
      <w:footerReference w:type="default" r:id="rId9"/>
      <w:pgSz w:w="12240" w:h="15840"/>
      <w:pgMar w:top="1440" w:right="1440" w:bottom="1440" w:left="1440" w:header="1191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BCD4F" w14:textId="77777777" w:rsidR="00F006D8" w:rsidRDefault="00F006D8">
      <w:pPr>
        <w:spacing w:after="0" w:line="240" w:lineRule="auto"/>
      </w:pPr>
      <w:r>
        <w:separator/>
      </w:r>
    </w:p>
    <w:p w14:paraId="03604827" w14:textId="77777777" w:rsidR="00F006D8" w:rsidRDefault="00F006D8"/>
  </w:endnote>
  <w:endnote w:type="continuationSeparator" w:id="0">
    <w:p w14:paraId="225094A1" w14:textId="77777777" w:rsidR="00F006D8" w:rsidRDefault="00F006D8">
      <w:pPr>
        <w:spacing w:after="0" w:line="240" w:lineRule="auto"/>
      </w:pPr>
      <w:r>
        <w:continuationSeparator/>
      </w:r>
    </w:p>
    <w:p w14:paraId="0862A12F" w14:textId="77777777" w:rsidR="00F006D8" w:rsidRDefault="00F006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ont Bold">
    <w:altName w:val="Cambria"/>
    <w:charset w:val="00"/>
    <w:family w:val="auto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B7919" w14:textId="77777777" w:rsidR="00B242BF" w:rsidRDefault="00CD3D54" w:rsidP="00B242BF">
    <w:pPr>
      <w:pStyle w:val="Footer"/>
      <w:jc w:val="center"/>
    </w:pPr>
    <w:r>
      <w:t>MIAI Cluster</w:t>
    </w:r>
    <w:r w:rsidR="00B242BF">
      <w:t xml:space="preserve"> </w:t>
    </w:r>
    <w:r>
      <w:t xml:space="preserve">— Page </w:t>
    </w:r>
    <w:r>
      <w:fldChar w:fldCharType="begin"/>
    </w:r>
    <w:r>
      <w:instrText>PAGE</w:instrText>
    </w:r>
    <w:r>
      <w:fldChar w:fldCharType="separate"/>
    </w:r>
    <w:r w:rsidR="009B695F">
      <w:rPr>
        <w:noProof/>
      </w:rPr>
      <w:t>1</w:t>
    </w:r>
    <w:r>
      <w:fldChar w:fldCharType="end"/>
    </w:r>
  </w:p>
  <w:p w14:paraId="6791A5F9" w14:textId="77777777" w:rsidR="00881A20" w:rsidRDefault="00881A2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954CE" w14:textId="77777777" w:rsidR="00F006D8" w:rsidRDefault="00F006D8">
      <w:pPr>
        <w:spacing w:after="0" w:line="240" w:lineRule="auto"/>
      </w:pPr>
      <w:r>
        <w:separator/>
      </w:r>
    </w:p>
    <w:p w14:paraId="5227388E" w14:textId="77777777" w:rsidR="00F006D8" w:rsidRDefault="00F006D8"/>
  </w:footnote>
  <w:footnote w:type="continuationSeparator" w:id="0">
    <w:p w14:paraId="436129B8" w14:textId="77777777" w:rsidR="00F006D8" w:rsidRDefault="00F006D8">
      <w:pPr>
        <w:spacing w:after="0" w:line="240" w:lineRule="auto"/>
      </w:pPr>
      <w:r>
        <w:continuationSeparator/>
      </w:r>
    </w:p>
    <w:p w14:paraId="018A57D5" w14:textId="77777777" w:rsidR="00F006D8" w:rsidRDefault="00F006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BAAC3" w14:textId="77777777" w:rsidR="009B695F" w:rsidRDefault="00487139">
    <w:pPr>
      <w:pStyle w:val="Header"/>
    </w:pPr>
    <w:r>
      <w:rPr>
        <w:rFonts w:hint="eastAsia"/>
        <w:noProof/>
      </w:rPr>
      <w:drawing>
        <wp:anchor distT="0" distB="0" distL="114300" distR="114300" simplePos="0" relativeHeight="251692544" behindDoc="1" locked="0" layoutInCell="1" allowOverlap="1" wp14:anchorId="3F19F24C" wp14:editId="61712DD1">
          <wp:simplePos x="0" y="0"/>
          <wp:positionH relativeFrom="column">
            <wp:posOffset>1250950</wp:posOffset>
          </wp:positionH>
          <wp:positionV relativeFrom="page">
            <wp:posOffset>439420</wp:posOffset>
          </wp:positionV>
          <wp:extent cx="935355" cy="626110"/>
          <wp:effectExtent l="0" t="0" r="0" b="2540"/>
          <wp:wrapTight wrapText="bothSides">
            <wp:wrapPolygon edited="0">
              <wp:start x="0" y="0"/>
              <wp:lineTo x="0" y="21030"/>
              <wp:lineTo x="21116" y="21030"/>
              <wp:lineTo x="21116" y="0"/>
              <wp:lineTo x="0" y="0"/>
            </wp:wrapPolygon>
          </wp:wrapTight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5355" cy="6261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0B87">
      <w:rPr>
        <w:noProof/>
      </w:rPr>
      <w:drawing>
        <wp:anchor distT="0" distB="0" distL="114300" distR="114300" simplePos="0" relativeHeight="251695616" behindDoc="1" locked="0" layoutInCell="1" allowOverlap="1" wp14:anchorId="4DF78D75" wp14:editId="2CFA95E0">
          <wp:simplePos x="0" y="0"/>
          <wp:positionH relativeFrom="column">
            <wp:posOffset>-243840</wp:posOffset>
          </wp:positionH>
          <wp:positionV relativeFrom="page">
            <wp:posOffset>227965</wp:posOffset>
          </wp:positionV>
          <wp:extent cx="1363980" cy="962660"/>
          <wp:effectExtent l="0" t="0" r="0" b="0"/>
          <wp:wrapTight wrapText="bothSides">
            <wp:wrapPolygon edited="0">
              <wp:start x="12369" y="4702"/>
              <wp:lineTo x="4223" y="6839"/>
              <wp:lineTo x="2413" y="8121"/>
              <wp:lineTo x="3017" y="12396"/>
              <wp:lineTo x="7240" y="15388"/>
              <wp:lineTo x="7542" y="16243"/>
              <wp:lineTo x="18101" y="16243"/>
              <wp:lineTo x="18101" y="4702"/>
              <wp:lineTo x="12369" y="4702"/>
            </wp:wrapPolygon>
          </wp:wrapTight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63980" cy="962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7570">
      <w:rPr>
        <w:noProof/>
      </w:rPr>
      <w:drawing>
        <wp:anchor distT="0" distB="0" distL="114300" distR="114300" simplePos="0" relativeHeight="251694592" behindDoc="1" locked="0" layoutInCell="1" allowOverlap="1" wp14:anchorId="24547A15" wp14:editId="57DC4AF3">
          <wp:simplePos x="0" y="0"/>
          <wp:positionH relativeFrom="column">
            <wp:posOffset>4550899</wp:posOffset>
          </wp:positionH>
          <wp:positionV relativeFrom="page">
            <wp:posOffset>400636</wp:posOffset>
          </wp:positionV>
          <wp:extent cx="1568450" cy="658495"/>
          <wp:effectExtent l="0" t="0" r="0" b="0"/>
          <wp:wrapTight wrapText="bothSides">
            <wp:wrapPolygon edited="0">
              <wp:start x="2623" y="1250"/>
              <wp:lineTo x="1574" y="4999"/>
              <wp:lineTo x="1312" y="12498"/>
              <wp:lineTo x="2623" y="19371"/>
              <wp:lineTo x="6034" y="19371"/>
              <wp:lineTo x="19414" y="17497"/>
              <wp:lineTo x="19938" y="13122"/>
              <wp:lineTo x="14429" y="12498"/>
              <wp:lineTo x="18627" y="8123"/>
              <wp:lineTo x="17840" y="3749"/>
              <wp:lineTo x="6034" y="1250"/>
              <wp:lineTo x="2623" y="1250"/>
            </wp:wrapPolygon>
          </wp:wrapTight>
          <wp:docPr id="12" name="Imag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68450" cy="6584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7570">
      <w:rPr>
        <w:noProof/>
      </w:rPr>
      <w:drawing>
        <wp:anchor distT="0" distB="0" distL="114300" distR="114300" simplePos="0" relativeHeight="251693568" behindDoc="1" locked="0" layoutInCell="1" allowOverlap="1" wp14:anchorId="39342585" wp14:editId="20901F9B">
          <wp:simplePos x="0" y="0"/>
          <wp:positionH relativeFrom="column">
            <wp:posOffset>3545059</wp:posOffset>
          </wp:positionH>
          <wp:positionV relativeFrom="page">
            <wp:posOffset>400783</wp:posOffset>
          </wp:positionV>
          <wp:extent cx="618490" cy="618490"/>
          <wp:effectExtent l="0" t="0" r="0" b="0"/>
          <wp:wrapTight wrapText="bothSides">
            <wp:wrapPolygon edited="0">
              <wp:start x="0" y="0"/>
              <wp:lineTo x="0" y="20624"/>
              <wp:lineTo x="20624" y="20624"/>
              <wp:lineTo x="20624" y="0"/>
              <wp:lineTo x="0" y="0"/>
            </wp:wrapPolygon>
          </wp:wrapTight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618490" cy="618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77570">
      <w:rPr>
        <w:noProof/>
      </w:rPr>
      <w:drawing>
        <wp:anchor distT="0" distB="0" distL="114300" distR="114300" simplePos="0" relativeHeight="251696640" behindDoc="1" locked="0" layoutInCell="1" allowOverlap="1" wp14:anchorId="5419514D" wp14:editId="6A50E890">
          <wp:simplePos x="0" y="0"/>
          <wp:positionH relativeFrom="column">
            <wp:posOffset>2489884</wp:posOffset>
          </wp:positionH>
          <wp:positionV relativeFrom="page">
            <wp:posOffset>386520</wp:posOffset>
          </wp:positionV>
          <wp:extent cx="676275" cy="661035"/>
          <wp:effectExtent l="0" t="0" r="9525" b="5715"/>
          <wp:wrapTight wrapText="bothSides">
            <wp:wrapPolygon edited="0">
              <wp:start x="5476" y="0"/>
              <wp:lineTo x="0" y="3735"/>
              <wp:lineTo x="0" y="15562"/>
              <wp:lineTo x="3042" y="19919"/>
              <wp:lineTo x="5476" y="21164"/>
              <wp:lineTo x="15211" y="21164"/>
              <wp:lineTo x="15820" y="21164"/>
              <wp:lineTo x="17645" y="19919"/>
              <wp:lineTo x="21296" y="13695"/>
              <wp:lineTo x="21296" y="8092"/>
              <wp:lineTo x="17037" y="622"/>
              <wp:lineTo x="15211" y="0"/>
              <wp:lineTo x="5476" y="0"/>
            </wp:wrapPolygon>
          </wp:wrapTight>
          <wp:docPr id="15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ance 2030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67627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22DCD9" w14:textId="77777777" w:rsidR="00790646" w:rsidRDefault="00487139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91520" behindDoc="0" locked="0" layoutInCell="1" allowOverlap="1" wp14:anchorId="3CF6C43D" wp14:editId="61D32F86">
              <wp:simplePos x="0" y="0"/>
              <wp:positionH relativeFrom="page">
                <wp:posOffset>-251460</wp:posOffset>
              </wp:positionH>
              <wp:positionV relativeFrom="paragraph">
                <wp:posOffset>307975</wp:posOffset>
              </wp:positionV>
              <wp:extent cx="8282940" cy="0"/>
              <wp:effectExtent l="0" t="0" r="0" b="0"/>
              <wp:wrapNone/>
              <wp:docPr id="18" name="Connecteur droit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28294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F4E0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B0EC93F" id="Connecteur droit 18" o:spid="_x0000_s1026" style="position:absolute;z-index:251691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-19.8pt,24.25pt" to="632.4pt,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" strokecolor="#ff4e02" strokeweight="1.5pt">
              <w10:wrap anchorx="page"/>
            </v:line>
          </w:pict>
        </mc:Fallback>
      </mc:AlternateContent>
    </w:r>
  </w:p>
  <w:p w14:paraId="0C7F3ACA" w14:textId="77777777" w:rsidR="00881A20" w:rsidRDefault="00881A2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9019178">
    <w:abstractNumId w:val="8"/>
  </w:num>
  <w:num w:numId="2" w16cid:durableId="533271491">
    <w:abstractNumId w:val="6"/>
  </w:num>
  <w:num w:numId="3" w16cid:durableId="2097242475">
    <w:abstractNumId w:val="5"/>
  </w:num>
  <w:num w:numId="4" w16cid:durableId="1386568173">
    <w:abstractNumId w:val="4"/>
  </w:num>
  <w:num w:numId="5" w16cid:durableId="1255670545">
    <w:abstractNumId w:val="7"/>
  </w:num>
  <w:num w:numId="6" w16cid:durableId="986322013">
    <w:abstractNumId w:val="3"/>
  </w:num>
  <w:num w:numId="7" w16cid:durableId="840974519">
    <w:abstractNumId w:val="2"/>
  </w:num>
  <w:num w:numId="8" w16cid:durableId="1353529974">
    <w:abstractNumId w:val="1"/>
  </w:num>
  <w:num w:numId="9" w16cid:durableId="474761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054"/>
    <w:rsid w:val="0015074B"/>
    <w:rsid w:val="001C55AE"/>
    <w:rsid w:val="00256D6F"/>
    <w:rsid w:val="0029639D"/>
    <w:rsid w:val="00324656"/>
    <w:rsid w:val="00326F90"/>
    <w:rsid w:val="0038659E"/>
    <w:rsid w:val="004116A8"/>
    <w:rsid w:val="004443FA"/>
    <w:rsid w:val="00487139"/>
    <w:rsid w:val="004A0E28"/>
    <w:rsid w:val="00587ABD"/>
    <w:rsid w:val="005A61E7"/>
    <w:rsid w:val="006C0B87"/>
    <w:rsid w:val="00790646"/>
    <w:rsid w:val="00881A20"/>
    <w:rsid w:val="00933A67"/>
    <w:rsid w:val="009B695F"/>
    <w:rsid w:val="00A15CFB"/>
    <w:rsid w:val="00AA1D8D"/>
    <w:rsid w:val="00B242BF"/>
    <w:rsid w:val="00B42651"/>
    <w:rsid w:val="00B47730"/>
    <w:rsid w:val="00BD6B64"/>
    <w:rsid w:val="00C42427"/>
    <w:rsid w:val="00CA0B0E"/>
    <w:rsid w:val="00CB0664"/>
    <w:rsid w:val="00CD3D54"/>
    <w:rsid w:val="00E244AD"/>
    <w:rsid w:val="00E77997"/>
    <w:rsid w:val="00F006D8"/>
    <w:rsid w:val="00F25263"/>
    <w:rsid w:val="00F41AAE"/>
    <w:rsid w:val="00F77570"/>
    <w:rsid w:val="00FC693F"/>
    <w:rsid w:val="00FD3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7D287C"/>
  <w14:defaultImageDpi w14:val="300"/>
  <w15:docId w15:val="{74C3658B-2AE9-4AA0-9484-E9E5E3CF2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87"/>
  </w:style>
  <w:style w:type="paragraph" w:styleId="Heading1">
    <w:name w:val="heading 1"/>
    <w:basedOn w:val="Normal"/>
    <w:next w:val="Normal"/>
    <w:link w:val="Heading1Char"/>
    <w:uiPriority w:val="9"/>
    <w:qFormat/>
    <w:rsid w:val="006C0B8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E51A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0B8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FF4E0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0B8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B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FF4E0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B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C039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B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812600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B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812600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B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812600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B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812600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6C0B87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C0B87"/>
    <w:rPr>
      <w:rFonts w:asciiTheme="majorHAnsi" w:eastAsiaTheme="majorEastAsia" w:hAnsiTheme="majorHAnsi" w:cstheme="majorBidi"/>
      <w:color w:val="3E51A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C0B87"/>
    <w:rPr>
      <w:rFonts w:asciiTheme="majorHAnsi" w:eastAsiaTheme="majorEastAsia" w:hAnsiTheme="majorHAnsi" w:cstheme="majorBidi"/>
      <w:color w:val="FF4E0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0B87"/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6C0B8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3E51A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C0B87"/>
    <w:rPr>
      <w:rFonts w:asciiTheme="majorHAnsi" w:eastAsiaTheme="majorEastAsia" w:hAnsiTheme="majorHAnsi" w:cstheme="majorBidi"/>
      <w:caps/>
      <w:color w:val="3E51A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B8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3E51A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B87"/>
    <w:rPr>
      <w:rFonts w:asciiTheme="majorHAnsi" w:eastAsiaTheme="majorEastAsia" w:hAnsiTheme="majorHAnsi" w:cstheme="majorBidi"/>
      <w:color w:val="3E51A1"/>
      <w:sz w:val="28"/>
      <w:szCs w:val="28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C0B87"/>
    <w:pPr>
      <w:spacing w:before="120" w:after="120"/>
      <w:ind w:left="720"/>
    </w:pPr>
    <w:rPr>
      <w:color w:val="3E51A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C0B87"/>
    <w:rPr>
      <w:color w:val="3E51A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B87"/>
    <w:rPr>
      <w:rFonts w:asciiTheme="majorHAnsi" w:eastAsiaTheme="majorEastAsia" w:hAnsiTheme="majorHAnsi" w:cstheme="majorBidi"/>
      <w:color w:val="FF4E02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B87"/>
    <w:rPr>
      <w:rFonts w:asciiTheme="majorHAnsi" w:eastAsiaTheme="majorEastAsia" w:hAnsiTheme="majorHAnsi" w:cstheme="majorBidi"/>
      <w:caps/>
      <w:color w:val="C039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B87"/>
    <w:rPr>
      <w:rFonts w:asciiTheme="majorHAnsi" w:eastAsiaTheme="majorEastAsia" w:hAnsiTheme="majorHAnsi" w:cstheme="majorBidi"/>
      <w:i/>
      <w:iCs/>
      <w:caps/>
      <w:color w:val="812600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B87"/>
    <w:rPr>
      <w:rFonts w:asciiTheme="majorHAnsi" w:eastAsiaTheme="majorEastAsia" w:hAnsiTheme="majorHAnsi" w:cstheme="majorBidi"/>
      <w:b/>
      <w:bCs/>
      <w:color w:val="812600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B87"/>
    <w:rPr>
      <w:rFonts w:asciiTheme="majorHAnsi" w:eastAsiaTheme="majorEastAsia" w:hAnsiTheme="majorHAnsi" w:cstheme="majorBidi"/>
      <w:b/>
      <w:bCs/>
      <w:i/>
      <w:iCs/>
      <w:color w:val="812600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B87"/>
    <w:rPr>
      <w:rFonts w:asciiTheme="majorHAnsi" w:eastAsiaTheme="majorEastAsia" w:hAnsiTheme="majorHAnsi" w:cstheme="majorBidi"/>
      <w:i/>
      <w:iCs/>
      <w:color w:val="812600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B87"/>
    <w:pPr>
      <w:spacing w:line="240" w:lineRule="auto"/>
    </w:pPr>
    <w:rPr>
      <w:b/>
      <w:bCs/>
      <w:smallCaps/>
      <w:color w:val="3E51A1" w:themeColor="text2"/>
    </w:rPr>
  </w:style>
  <w:style w:type="character" w:styleId="Strong">
    <w:name w:val="Strong"/>
    <w:basedOn w:val="DefaultParagraphFont"/>
    <w:uiPriority w:val="22"/>
    <w:qFormat/>
    <w:rsid w:val="006C0B87"/>
    <w:rPr>
      <w:b/>
      <w:bCs/>
    </w:rPr>
  </w:style>
  <w:style w:type="character" w:styleId="Emphasis">
    <w:name w:val="Emphasis"/>
    <w:basedOn w:val="DefaultParagraphFont"/>
    <w:uiPriority w:val="20"/>
    <w:qFormat/>
    <w:rsid w:val="006C0B8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B8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3E51A1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B87"/>
    <w:rPr>
      <w:rFonts w:asciiTheme="majorHAnsi" w:eastAsiaTheme="majorEastAsia" w:hAnsiTheme="majorHAnsi" w:cstheme="majorBidi"/>
      <w:color w:val="3E51A1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C0B8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C0B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C0B8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C0B87"/>
    <w:rPr>
      <w:b/>
      <w:bCs/>
      <w:smallCaps/>
      <w:color w:val="FF4E02"/>
      <w:u w:val="single"/>
    </w:rPr>
  </w:style>
  <w:style w:type="character" w:styleId="BookTitle">
    <w:name w:val="Book Title"/>
    <w:basedOn w:val="DefaultParagraphFont"/>
    <w:uiPriority w:val="33"/>
    <w:qFormat/>
    <w:rsid w:val="006C0B8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C0B87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C03900" w:themeColor="accent1" w:themeShade="BF"/>
    </w:rPr>
    <w:tblPr>
      <w:tblStyleRowBandSize w:val="1"/>
      <w:tblStyleColBandSize w:val="1"/>
      <w:tblBorders>
        <w:top w:val="single" w:sz="8" w:space="0" w:color="FF4E02" w:themeColor="accent1"/>
        <w:bottom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02" w:themeColor="accent1"/>
          <w:left w:val="nil"/>
          <w:bottom w:val="single" w:sz="8" w:space="0" w:color="FF4E0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4E02" w:themeColor="accent1"/>
          <w:left w:val="nil"/>
          <w:bottom w:val="single" w:sz="8" w:space="0" w:color="FF4E0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2E3C78" w:themeColor="accent2" w:themeShade="BF"/>
    </w:rPr>
    <w:tblPr>
      <w:tblStyleRowBandSize w:val="1"/>
      <w:tblStyleColBandSize w:val="1"/>
      <w:tblBorders>
        <w:top w:val="single" w:sz="8" w:space="0" w:color="3E51A1" w:themeColor="accent2"/>
        <w:bottom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1A1" w:themeColor="accent2"/>
          <w:left w:val="nil"/>
          <w:bottom w:val="single" w:sz="8" w:space="0" w:color="3E51A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51A1" w:themeColor="accent2"/>
          <w:left w:val="nil"/>
          <w:bottom w:val="single" w:sz="8" w:space="0" w:color="3E51A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6CAE67" w:themeColor="accent3" w:themeShade="BF"/>
    </w:rPr>
    <w:tblPr>
      <w:tblStyleRowBandSize w:val="1"/>
      <w:tblStyleColBandSize w:val="1"/>
      <w:tblBorders>
        <w:top w:val="single" w:sz="8" w:space="0" w:color="A8CFA5" w:themeColor="accent3"/>
        <w:bottom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FA5" w:themeColor="accent3"/>
          <w:left w:val="nil"/>
          <w:bottom w:val="single" w:sz="8" w:space="0" w:color="A8CF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8CFA5" w:themeColor="accent3"/>
          <w:left w:val="nil"/>
          <w:bottom w:val="single" w:sz="8" w:space="0" w:color="A8CF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397C34" w:themeColor="accent4" w:themeShade="BF"/>
    </w:rPr>
    <w:tblPr>
      <w:tblStyleRowBandSize w:val="1"/>
      <w:tblStyleColBandSize w:val="1"/>
      <w:tblBorders>
        <w:top w:val="single" w:sz="8" w:space="0" w:color="4DA646" w:themeColor="accent4"/>
        <w:bottom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A646" w:themeColor="accent4"/>
          <w:left w:val="nil"/>
          <w:bottom w:val="single" w:sz="8" w:space="0" w:color="4DA64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A646" w:themeColor="accent4"/>
          <w:left w:val="nil"/>
          <w:bottom w:val="single" w:sz="8" w:space="0" w:color="4DA64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band1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band1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band1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band1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  <w:insideH w:val="single" w:sz="8" w:space="0" w:color="FF4E02" w:themeColor="accent1"/>
        <w:insideV w:val="single" w:sz="8" w:space="0" w:color="FF4E0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18" w:space="0" w:color="FF4E02" w:themeColor="accent1"/>
          <w:right w:val="single" w:sz="8" w:space="0" w:color="FF4E02" w:themeColor="accent1"/>
          <w:insideH w:val="nil"/>
          <w:insideV w:val="single" w:sz="8" w:space="0" w:color="FF4E0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H w:val="nil"/>
          <w:insideV w:val="single" w:sz="8" w:space="0" w:color="FF4E0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</w:tcPr>
    </w:tblStylePr>
    <w:tblStylePr w:type="band1Vert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</w:tcBorders>
        <w:shd w:val="clear" w:color="auto" w:fill="FFD3C0" w:themeFill="accent1" w:themeFillTint="3F"/>
      </w:tcPr>
    </w:tblStylePr>
    <w:tblStylePr w:type="band1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V w:val="single" w:sz="8" w:space="0" w:color="FF4E02" w:themeColor="accent1"/>
        </w:tcBorders>
        <w:shd w:val="clear" w:color="auto" w:fill="FFD3C0" w:themeFill="accent1" w:themeFillTint="3F"/>
      </w:tcPr>
    </w:tblStylePr>
    <w:tblStylePr w:type="band2Horz">
      <w:tblPr/>
      <w:tcPr>
        <w:tcBorders>
          <w:top w:val="single" w:sz="8" w:space="0" w:color="FF4E02" w:themeColor="accent1"/>
          <w:left w:val="single" w:sz="8" w:space="0" w:color="FF4E02" w:themeColor="accent1"/>
          <w:bottom w:val="single" w:sz="8" w:space="0" w:color="FF4E02" w:themeColor="accent1"/>
          <w:right w:val="single" w:sz="8" w:space="0" w:color="FF4E02" w:themeColor="accent1"/>
          <w:insideV w:val="single" w:sz="8" w:space="0" w:color="FF4E02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  <w:insideH w:val="single" w:sz="8" w:space="0" w:color="3E51A1" w:themeColor="accent2"/>
        <w:insideV w:val="single" w:sz="8" w:space="0" w:color="3E51A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18" w:space="0" w:color="3E51A1" w:themeColor="accent2"/>
          <w:right w:val="single" w:sz="8" w:space="0" w:color="3E51A1" w:themeColor="accent2"/>
          <w:insideH w:val="nil"/>
          <w:insideV w:val="single" w:sz="8" w:space="0" w:color="3E51A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H w:val="nil"/>
          <w:insideV w:val="single" w:sz="8" w:space="0" w:color="3E51A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</w:tcPr>
    </w:tblStylePr>
    <w:tblStylePr w:type="band1Vert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</w:tcBorders>
        <w:shd w:val="clear" w:color="auto" w:fill="CBD1EB" w:themeFill="accent2" w:themeFillTint="3F"/>
      </w:tcPr>
    </w:tblStylePr>
    <w:tblStylePr w:type="band1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V w:val="single" w:sz="8" w:space="0" w:color="3E51A1" w:themeColor="accent2"/>
        </w:tcBorders>
        <w:shd w:val="clear" w:color="auto" w:fill="CBD1EB" w:themeFill="accent2" w:themeFillTint="3F"/>
      </w:tcPr>
    </w:tblStylePr>
    <w:tblStylePr w:type="band2Horz">
      <w:tblPr/>
      <w:tcPr>
        <w:tcBorders>
          <w:top w:val="single" w:sz="8" w:space="0" w:color="3E51A1" w:themeColor="accent2"/>
          <w:left w:val="single" w:sz="8" w:space="0" w:color="3E51A1" w:themeColor="accent2"/>
          <w:bottom w:val="single" w:sz="8" w:space="0" w:color="3E51A1" w:themeColor="accent2"/>
          <w:right w:val="single" w:sz="8" w:space="0" w:color="3E51A1" w:themeColor="accent2"/>
          <w:insideV w:val="single" w:sz="8" w:space="0" w:color="3E51A1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  <w:insideH w:val="single" w:sz="8" w:space="0" w:color="A8CFA5" w:themeColor="accent3"/>
        <w:insideV w:val="single" w:sz="8" w:space="0" w:color="A8CF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18" w:space="0" w:color="A8CFA5" w:themeColor="accent3"/>
          <w:right w:val="single" w:sz="8" w:space="0" w:color="A8CFA5" w:themeColor="accent3"/>
          <w:insideH w:val="nil"/>
          <w:insideV w:val="single" w:sz="8" w:space="0" w:color="A8CF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H w:val="nil"/>
          <w:insideV w:val="single" w:sz="8" w:space="0" w:color="A8CF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</w:tcPr>
    </w:tblStylePr>
    <w:tblStylePr w:type="band1Vert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</w:tcBorders>
        <w:shd w:val="clear" w:color="auto" w:fill="E9F3E8" w:themeFill="accent3" w:themeFillTint="3F"/>
      </w:tcPr>
    </w:tblStylePr>
    <w:tblStylePr w:type="band1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V w:val="single" w:sz="8" w:space="0" w:color="A8CFA5" w:themeColor="accent3"/>
        </w:tcBorders>
        <w:shd w:val="clear" w:color="auto" w:fill="E9F3E8" w:themeFill="accent3" w:themeFillTint="3F"/>
      </w:tcPr>
    </w:tblStylePr>
    <w:tblStylePr w:type="band2Horz">
      <w:tblPr/>
      <w:tcPr>
        <w:tcBorders>
          <w:top w:val="single" w:sz="8" w:space="0" w:color="A8CFA5" w:themeColor="accent3"/>
          <w:left w:val="single" w:sz="8" w:space="0" w:color="A8CFA5" w:themeColor="accent3"/>
          <w:bottom w:val="single" w:sz="8" w:space="0" w:color="A8CFA5" w:themeColor="accent3"/>
          <w:right w:val="single" w:sz="8" w:space="0" w:color="A8CFA5" w:themeColor="accent3"/>
          <w:insideV w:val="single" w:sz="8" w:space="0" w:color="A8CFA5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  <w:insideH w:val="single" w:sz="8" w:space="0" w:color="4DA646" w:themeColor="accent4"/>
        <w:insideV w:val="single" w:sz="8" w:space="0" w:color="4DA64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18" w:space="0" w:color="4DA646" w:themeColor="accent4"/>
          <w:right w:val="single" w:sz="8" w:space="0" w:color="4DA646" w:themeColor="accent4"/>
          <w:insideH w:val="nil"/>
          <w:insideV w:val="single" w:sz="8" w:space="0" w:color="4DA64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H w:val="nil"/>
          <w:insideV w:val="single" w:sz="8" w:space="0" w:color="4DA64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</w:tcPr>
    </w:tblStylePr>
    <w:tblStylePr w:type="band1Vert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</w:tcBorders>
        <w:shd w:val="clear" w:color="auto" w:fill="D1EACF" w:themeFill="accent4" w:themeFillTint="3F"/>
      </w:tcPr>
    </w:tblStylePr>
    <w:tblStylePr w:type="band1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V w:val="single" w:sz="8" w:space="0" w:color="4DA646" w:themeColor="accent4"/>
        </w:tcBorders>
        <w:shd w:val="clear" w:color="auto" w:fill="D1EACF" w:themeFill="accent4" w:themeFillTint="3F"/>
      </w:tcPr>
    </w:tblStylePr>
    <w:tblStylePr w:type="band2Horz">
      <w:tblPr/>
      <w:tcPr>
        <w:tcBorders>
          <w:top w:val="single" w:sz="8" w:space="0" w:color="4DA646" w:themeColor="accent4"/>
          <w:left w:val="single" w:sz="8" w:space="0" w:color="4DA646" w:themeColor="accent4"/>
          <w:bottom w:val="single" w:sz="8" w:space="0" w:color="4DA646" w:themeColor="accent4"/>
          <w:right w:val="single" w:sz="8" w:space="0" w:color="4DA646" w:themeColor="accent4"/>
          <w:insideV w:val="single" w:sz="8" w:space="0" w:color="4DA646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7941" w:themeColor="accent1" w:themeTint="BF"/>
        <w:left w:val="single" w:sz="8" w:space="0" w:color="FF7941" w:themeColor="accent1" w:themeTint="BF"/>
        <w:bottom w:val="single" w:sz="8" w:space="0" w:color="FF7941" w:themeColor="accent1" w:themeTint="BF"/>
        <w:right w:val="single" w:sz="8" w:space="0" w:color="FF7941" w:themeColor="accent1" w:themeTint="BF"/>
        <w:insideH w:val="single" w:sz="8" w:space="0" w:color="FF794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FF7941" w:themeColor="accent1" w:themeTint="BF"/>
          <w:left w:val="single" w:sz="8" w:space="0" w:color="FF7941" w:themeColor="accent1" w:themeTint="BF"/>
          <w:bottom w:val="single" w:sz="8" w:space="0" w:color="FF7941" w:themeColor="accent1" w:themeTint="BF"/>
          <w:right w:val="single" w:sz="8" w:space="0" w:color="FF7941" w:themeColor="accent1" w:themeTint="BF"/>
          <w:insideH w:val="nil"/>
          <w:insideV w:val="nil"/>
        </w:tcBorders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7941" w:themeColor="accent1" w:themeTint="BF"/>
          <w:left w:val="single" w:sz="8" w:space="0" w:color="FF7941" w:themeColor="accent1" w:themeTint="BF"/>
          <w:bottom w:val="single" w:sz="8" w:space="0" w:color="FF7941" w:themeColor="accent1" w:themeTint="BF"/>
          <w:right w:val="single" w:sz="8" w:space="0" w:color="FF794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3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3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75C3" w:themeColor="accent2" w:themeTint="BF"/>
        <w:left w:val="single" w:sz="8" w:space="0" w:color="6375C3" w:themeColor="accent2" w:themeTint="BF"/>
        <w:bottom w:val="single" w:sz="8" w:space="0" w:color="6375C3" w:themeColor="accent2" w:themeTint="BF"/>
        <w:right w:val="single" w:sz="8" w:space="0" w:color="6375C3" w:themeColor="accent2" w:themeTint="BF"/>
        <w:insideH w:val="single" w:sz="8" w:space="0" w:color="6375C3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6375C3" w:themeColor="accent2" w:themeTint="BF"/>
          <w:left w:val="single" w:sz="8" w:space="0" w:color="6375C3" w:themeColor="accent2" w:themeTint="BF"/>
          <w:bottom w:val="single" w:sz="8" w:space="0" w:color="6375C3" w:themeColor="accent2" w:themeTint="BF"/>
          <w:right w:val="single" w:sz="8" w:space="0" w:color="6375C3" w:themeColor="accent2" w:themeTint="BF"/>
          <w:insideH w:val="nil"/>
          <w:insideV w:val="nil"/>
        </w:tcBorders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75C3" w:themeColor="accent2" w:themeTint="BF"/>
          <w:left w:val="single" w:sz="8" w:space="0" w:color="6375C3" w:themeColor="accent2" w:themeTint="BF"/>
          <w:bottom w:val="single" w:sz="8" w:space="0" w:color="6375C3" w:themeColor="accent2" w:themeTint="BF"/>
          <w:right w:val="single" w:sz="8" w:space="0" w:color="6375C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BBB" w:themeColor="accent3" w:themeTint="BF"/>
        <w:left w:val="single" w:sz="8" w:space="0" w:color="BDDBBB" w:themeColor="accent3" w:themeTint="BF"/>
        <w:bottom w:val="single" w:sz="8" w:space="0" w:color="BDDBBB" w:themeColor="accent3" w:themeTint="BF"/>
        <w:right w:val="single" w:sz="8" w:space="0" w:color="BDDBBB" w:themeColor="accent3" w:themeTint="BF"/>
        <w:insideH w:val="single" w:sz="8" w:space="0" w:color="BDD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BDDBBB" w:themeColor="accent3" w:themeTint="BF"/>
          <w:left w:val="single" w:sz="8" w:space="0" w:color="BDDBBB" w:themeColor="accent3" w:themeTint="BF"/>
          <w:bottom w:val="single" w:sz="8" w:space="0" w:color="BDDBBB" w:themeColor="accent3" w:themeTint="BF"/>
          <w:right w:val="single" w:sz="8" w:space="0" w:color="BDDBBB" w:themeColor="accent3" w:themeTint="BF"/>
          <w:insideH w:val="nil"/>
          <w:insideV w:val="nil"/>
        </w:tcBorders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DBBB" w:themeColor="accent3" w:themeTint="BF"/>
          <w:left w:val="single" w:sz="8" w:space="0" w:color="BDDBBB" w:themeColor="accent3" w:themeTint="BF"/>
          <w:bottom w:val="single" w:sz="8" w:space="0" w:color="BDDBBB" w:themeColor="accent3" w:themeTint="BF"/>
          <w:right w:val="single" w:sz="8" w:space="0" w:color="BDD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3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3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C26E" w:themeColor="accent4" w:themeTint="BF"/>
        <w:left w:val="single" w:sz="8" w:space="0" w:color="74C26E" w:themeColor="accent4" w:themeTint="BF"/>
        <w:bottom w:val="single" w:sz="8" w:space="0" w:color="74C26E" w:themeColor="accent4" w:themeTint="BF"/>
        <w:right w:val="single" w:sz="8" w:space="0" w:color="74C26E" w:themeColor="accent4" w:themeTint="BF"/>
        <w:insideH w:val="single" w:sz="8" w:space="0" w:color="74C26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74C26E" w:themeColor="accent4" w:themeTint="BF"/>
          <w:left w:val="single" w:sz="8" w:space="0" w:color="74C26E" w:themeColor="accent4" w:themeTint="BF"/>
          <w:bottom w:val="single" w:sz="8" w:space="0" w:color="74C26E" w:themeColor="accent4" w:themeTint="BF"/>
          <w:right w:val="single" w:sz="8" w:space="0" w:color="74C26E" w:themeColor="accent4" w:themeTint="BF"/>
          <w:insideH w:val="nil"/>
          <w:insideV w:val="nil"/>
        </w:tcBorders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C26E" w:themeColor="accent4" w:themeTint="BF"/>
          <w:left w:val="single" w:sz="8" w:space="0" w:color="74C26E" w:themeColor="accent4" w:themeTint="BF"/>
          <w:bottom w:val="single" w:sz="8" w:space="0" w:color="74C26E" w:themeColor="accent4" w:themeTint="BF"/>
          <w:right w:val="single" w:sz="8" w:space="0" w:color="74C26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A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A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0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4E02" w:themeFill="accent1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4E0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51A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51A1" w:themeFill="accent2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51A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F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8CFA5" w:themeFill="accent3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8CF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A64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A646" w:themeFill="accent4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A64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F1F1F1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1F1F1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CCCCC" w:themeFill="background1" w:themeFillShade="D8"/>
      </w:tcPr>
    </w:tblStylePr>
    <w:tblStylePr w:type="band1Horz">
      <w:tblPr/>
      <w:tcPr>
        <w:shd w:val="clear" w:color="auto" w:fill="CCCCCC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1F1F1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bottom w:val="single" w:sz="8" w:space="0" w:color="FF4E0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4E02" w:themeColor="accent1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FF4E02" w:themeColor="accent1"/>
          <w:bottom w:val="single" w:sz="8" w:space="0" w:color="FF4E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4E02" w:themeColor="accent1"/>
          <w:bottom w:val="single" w:sz="8" w:space="0" w:color="FF4E02" w:themeColor="accent1"/>
        </w:tcBorders>
      </w:tcPr>
    </w:tblStylePr>
    <w:tblStylePr w:type="band1Vert">
      <w:tblPr/>
      <w:tcPr>
        <w:shd w:val="clear" w:color="auto" w:fill="FFD3C0" w:themeFill="accent1" w:themeFillTint="3F"/>
      </w:tcPr>
    </w:tblStylePr>
    <w:tblStylePr w:type="band1Horz">
      <w:tblPr/>
      <w:tcPr>
        <w:shd w:val="clear" w:color="auto" w:fill="FFD3C0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bottom w:val="single" w:sz="8" w:space="0" w:color="3E51A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51A1" w:themeColor="accent2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3E51A1" w:themeColor="accent2"/>
          <w:bottom w:val="single" w:sz="8" w:space="0" w:color="3E51A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51A1" w:themeColor="accent2"/>
          <w:bottom w:val="single" w:sz="8" w:space="0" w:color="3E51A1" w:themeColor="accent2"/>
        </w:tcBorders>
      </w:tcPr>
    </w:tblStylePr>
    <w:tblStylePr w:type="band1Vert">
      <w:tblPr/>
      <w:tcPr>
        <w:shd w:val="clear" w:color="auto" w:fill="CBD1EB" w:themeFill="accent2" w:themeFillTint="3F"/>
      </w:tcPr>
    </w:tblStylePr>
    <w:tblStylePr w:type="band1Horz">
      <w:tblPr/>
      <w:tcPr>
        <w:shd w:val="clear" w:color="auto" w:fill="CBD1EB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bottom w:val="single" w:sz="8" w:space="0" w:color="A8CF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8CFA5" w:themeColor="accent3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A8CFA5" w:themeColor="accent3"/>
          <w:bottom w:val="single" w:sz="8" w:space="0" w:color="A8CF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8CFA5" w:themeColor="accent3"/>
          <w:bottom w:val="single" w:sz="8" w:space="0" w:color="A8CFA5" w:themeColor="accent3"/>
        </w:tcBorders>
      </w:tcPr>
    </w:tblStylePr>
    <w:tblStylePr w:type="band1Vert">
      <w:tblPr/>
      <w:tcPr>
        <w:shd w:val="clear" w:color="auto" w:fill="E9F3E8" w:themeFill="accent3" w:themeFillTint="3F"/>
      </w:tcPr>
    </w:tblStylePr>
    <w:tblStylePr w:type="band1Horz">
      <w:tblPr/>
      <w:tcPr>
        <w:shd w:val="clear" w:color="auto" w:fill="E9F3E8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bottom w:val="single" w:sz="8" w:space="0" w:color="4DA64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A646" w:themeColor="accent4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4DA646" w:themeColor="accent4"/>
          <w:bottom w:val="single" w:sz="8" w:space="0" w:color="4DA64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A646" w:themeColor="accent4"/>
          <w:bottom w:val="single" w:sz="8" w:space="0" w:color="4DA646" w:themeColor="accent4"/>
        </w:tcBorders>
      </w:tcPr>
    </w:tblStylePr>
    <w:tblStylePr w:type="band1Vert">
      <w:tblPr/>
      <w:tcPr>
        <w:shd w:val="clear" w:color="auto" w:fill="D1EACF" w:themeFill="accent4" w:themeFillTint="3F"/>
      </w:tcPr>
    </w:tblStylePr>
    <w:tblStylePr w:type="band1Horz">
      <w:tblPr/>
      <w:tcPr>
        <w:shd w:val="clear" w:color="auto" w:fill="D1EACF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3E51A1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4E02" w:themeColor="accent1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FF4E02" w:themeColor="accen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4E02" w:themeColor="accent1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FF4E02" w:themeColor="accent1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3C0" w:themeFill="accent1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3E51A1" w:themeColor="accent2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51A1" w:themeColor="accent2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3E51A1" w:themeColor="accent2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1EB" w:themeFill="accent2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8CFA5" w:themeColor="accent3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A8CFA5" w:themeColor="accent3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8CFA5" w:themeColor="accent3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A8CFA5" w:themeColor="accent3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3E8" w:themeFill="accent3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A646" w:themeColor="accent4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4DA646" w:themeColor="accent4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A646" w:themeColor="accent4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4DA646" w:themeColor="accent4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ACF" w:themeFill="accent4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1F1F1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1F1F1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7941" w:themeColor="accent1" w:themeTint="BF"/>
        <w:left w:val="single" w:sz="8" w:space="0" w:color="FF7941" w:themeColor="accent1" w:themeTint="BF"/>
        <w:bottom w:val="single" w:sz="8" w:space="0" w:color="FF7941" w:themeColor="accent1" w:themeTint="BF"/>
        <w:right w:val="single" w:sz="8" w:space="0" w:color="FF7941" w:themeColor="accent1" w:themeTint="BF"/>
        <w:insideH w:val="single" w:sz="8" w:space="0" w:color="FF7941" w:themeColor="accent1" w:themeTint="BF"/>
        <w:insideV w:val="single" w:sz="8" w:space="0" w:color="FF7941" w:themeColor="accent1" w:themeTint="BF"/>
      </w:tblBorders>
    </w:tblPr>
    <w:tcPr>
      <w:shd w:val="clear" w:color="auto" w:fill="FFD3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794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shd w:val="clear" w:color="auto" w:fill="FFA680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375C3" w:themeColor="accent2" w:themeTint="BF"/>
        <w:left w:val="single" w:sz="8" w:space="0" w:color="6375C3" w:themeColor="accent2" w:themeTint="BF"/>
        <w:bottom w:val="single" w:sz="8" w:space="0" w:color="6375C3" w:themeColor="accent2" w:themeTint="BF"/>
        <w:right w:val="single" w:sz="8" w:space="0" w:color="6375C3" w:themeColor="accent2" w:themeTint="BF"/>
        <w:insideH w:val="single" w:sz="8" w:space="0" w:color="6375C3" w:themeColor="accent2" w:themeTint="BF"/>
        <w:insideV w:val="single" w:sz="8" w:space="0" w:color="6375C3" w:themeColor="accent2" w:themeTint="BF"/>
      </w:tblBorders>
    </w:tblPr>
    <w:tcPr>
      <w:shd w:val="clear" w:color="auto" w:fill="CB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375C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shd w:val="clear" w:color="auto" w:fill="97A3D7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DDBBB" w:themeColor="accent3" w:themeTint="BF"/>
        <w:left w:val="single" w:sz="8" w:space="0" w:color="BDDBBB" w:themeColor="accent3" w:themeTint="BF"/>
        <w:bottom w:val="single" w:sz="8" w:space="0" w:color="BDDBBB" w:themeColor="accent3" w:themeTint="BF"/>
        <w:right w:val="single" w:sz="8" w:space="0" w:color="BDDBBB" w:themeColor="accent3" w:themeTint="BF"/>
        <w:insideH w:val="single" w:sz="8" w:space="0" w:color="BDDBBB" w:themeColor="accent3" w:themeTint="BF"/>
        <w:insideV w:val="single" w:sz="8" w:space="0" w:color="BDDBBB" w:themeColor="accent3" w:themeTint="BF"/>
      </w:tblBorders>
    </w:tblPr>
    <w:tcPr>
      <w:shd w:val="clear" w:color="auto" w:fill="E9F3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D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4C26E" w:themeColor="accent4" w:themeTint="BF"/>
        <w:left w:val="single" w:sz="8" w:space="0" w:color="74C26E" w:themeColor="accent4" w:themeTint="BF"/>
        <w:bottom w:val="single" w:sz="8" w:space="0" w:color="74C26E" w:themeColor="accent4" w:themeTint="BF"/>
        <w:right w:val="single" w:sz="8" w:space="0" w:color="74C26E" w:themeColor="accent4" w:themeTint="BF"/>
        <w:insideH w:val="single" w:sz="8" w:space="0" w:color="74C26E" w:themeColor="accent4" w:themeTint="BF"/>
        <w:insideV w:val="single" w:sz="8" w:space="0" w:color="74C26E" w:themeColor="accent4" w:themeTint="BF"/>
      </w:tblBorders>
    </w:tblPr>
    <w:tcPr>
      <w:shd w:val="clear" w:color="auto" w:fill="D1EAC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C26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shd w:val="clear" w:color="auto" w:fill="A2D69E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4E02" w:themeColor="accent1"/>
        <w:left w:val="single" w:sz="8" w:space="0" w:color="FF4E02" w:themeColor="accent1"/>
        <w:bottom w:val="single" w:sz="8" w:space="0" w:color="FF4E02" w:themeColor="accent1"/>
        <w:right w:val="single" w:sz="8" w:space="0" w:color="FF4E02" w:themeColor="accent1"/>
        <w:insideH w:val="single" w:sz="8" w:space="0" w:color="FF4E02" w:themeColor="accent1"/>
        <w:insideV w:val="single" w:sz="8" w:space="0" w:color="FF4E02" w:themeColor="accent1"/>
      </w:tblBorders>
    </w:tblPr>
    <w:tcPr>
      <w:shd w:val="clear" w:color="auto" w:fill="FFD3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ED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BCC" w:themeFill="accent1" w:themeFillTint="33"/>
      </w:tc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tcBorders>
          <w:insideH w:val="single" w:sz="6" w:space="0" w:color="FF4E02" w:themeColor="accent1"/>
          <w:insideV w:val="single" w:sz="6" w:space="0" w:color="FF4E02" w:themeColor="accent1"/>
        </w:tcBorders>
        <w:shd w:val="clear" w:color="auto" w:fill="FFA680" w:themeFill="accent1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51A1" w:themeColor="accent2"/>
        <w:left w:val="single" w:sz="8" w:space="0" w:color="3E51A1" w:themeColor="accent2"/>
        <w:bottom w:val="single" w:sz="8" w:space="0" w:color="3E51A1" w:themeColor="accent2"/>
        <w:right w:val="single" w:sz="8" w:space="0" w:color="3E51A1" w:themeColor="accent2"/>
        <w:insideH w:val="single" w:sz="8" w:space="0" w:color="3E51A1" w:themeColor="accent2"/>
        <w:insideV w:val="single" w:sz="8" w:space="0" w:color="3E51A1" w:themeColor="accent2"/>
      </w:tblBorders>
    </w:tblPr>
    <w:tcPr>
      <w:shd w:val="clear" w:color="auto" w:fill="CBD1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AEC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AEF" w:themeFill="accent2" w:themeFillTint="33"/>
      </w:tc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tcBorders>
          <w:insideH w:val="single" w:sz="6" w:space="0" w:color="3E51A1" w:themeColor="accent2"/>
          <w:insideV w:val="single" w:sz="6" w:space="0" w:color="3E51A1" w:themeColor="accent2"/>
        </w:tcBorders>
        <w:shd w:val="clear" w:color="auto" w:fill="97A3D7" w:themeFill="accent2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8CFA5" w:themeColor="accent3"/>
        <w:left w:val="single" w:sz="8" w:space="0" w:color="A8CFA5" w:themeColor="accent3"/>
        <w:bottom w:val="single" w:sz="8" w:space="0" w:color="A8CFA5" w:themeColor="accent3"/>
        <w:right w:val="single" w:sz="8" w:space="0" w:color="A8CFA5" w:themeColor="accent3"/>
        <w:insideH w:val="single" w:sz="8" w:space="0" w:color="A8CFA5" w:themeColor="accent3"/>
        <w:insideV w:val="single" w:sz="8" w:space="0" w:color="A8CFA5" w:themeColor="accent3"/>
      </w:tblBorders>
    </w:tblPr>
    <w:tcPr>
      <w:shd w:val="clear" w:color="auto" w:fill="E9F3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A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5EC" w:themeFill="accent3" w:themeFillTint="33"/>
      </w:tc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tcBorders>
          <w:insideH w:val="single" w:sz="6" w:space="0" w:color="A8CFA5" w:themeColor="accent3"/>
          <w:insideV w:val="single" w:sz="6" w:space="0" w:color="A8CFA5" w:themeColor="accent3"/>
        </w:tcBorders>
        <w:shd w:val="clear" w:color="auto" w:fill="D3E7D2" w:themeFill="accent3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A646" w:themeColor="accent4"/>
        <w:left w:val="single" w:sz="8" w:space="0" w:color="4DA646" w:themeColor="accent4"/>
        <w:bottom w:val="single" w:sz="8" w:space="0" w:color="4DA646" w:themeColor="accent4"/>
        <w:right w:val="single" w:sz="8" w:space="0" w:color="4DA646" w:themeColor="accent4"/>
        <w:insideH w:val="single" w:sz="8" w:space="0" w:color="4DA646" w:themeColor="accent4"/>
        <w:insideV w:val="single" w:sz="8" w:space="0" w:color="4DA646" w:themeColor="accent4"/>
      </w:tblBorders>
    </w:tblPr>
    <w:tcPr>
      <w:shd w:val="clear" w:color="auto" w:fill="D1EAC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7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ED8" w:themeFill="accent4" w:themeFillTint="33"/>
      </w:tc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tcBorders>
          <w:insideH w:val="single" w:sz="6" w:space="0" w:color="4DA646" w:themeColor="accent4"/>
          <w:insideV w:val="single" w:sz="6" w:space="0" w:color="4DA646" w:themeColor="accent4"/>
        </w:tcBorders>
        <w:shd w:val="clear" w:color="auto" w:fill="A2D69E" w:themeFill="accent4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1F1F1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FFD3C0" w:themeFill="accent1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FF4E02" w:themeFill="accent1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FF4E02" w:themeFill="accent1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FF4E02" w:themeFill="accent1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FF4E02" w:themeFill="accent1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FFA680" w:themeFill="accent1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FFA680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CBD1EB" w:themeFill="accent2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3E51A1" w:themeFill="accent2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3E51A1" w:themeFill="accent2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3E51A1" w:themeFill="accent2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3E51A1" w:themeFill="accent2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97A3D7" w:themeFill="accent2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97A3D7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E9F3E8" w:themeFill="accent3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A8CFA5" w:themeFill="accent3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A8CFA5" w:themeFill="accent3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A8CFA5" w:themeFill="accent3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A8CFA5" w:themeFill="accent3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D3E7D2" w:themeFill="accent3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D3E7D2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1EACF" w:themeFill="accent4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4DA646" w:themeFill="accent4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4DA646" w:themeFill="accent4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4DA646" w:themeFill="accent4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4DA646" w:themeFill="accent4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A2D69E" w:themeFill="accent4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A2D69E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1F1F1" w:themeColor="background1"/>
        <w:left w:val="single" w:sz="8" w:space="0" w:color="F1F1F1" w:themeColor="background1"/>
        <w:bottom w:val="single" w:sz="8" w:space="0" w:color="F1F1F1" w:themeColor="background1"/>
        <w:right w:val="single" w:sz="8" w:space="0" w:color="F1F1F1" w:themeColor="background1"/>
        <w:insideH w:val="single" w:sz="6" w:space="0" w:color="F1F1F1" w:themeColor="background1"/>
        <w:insideV w:val="single" w:sz="6" w:space="0" w:color="F1F1F1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1F1F1" w:themeColor="background1"/>
      </w:rPr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24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1F1F1" w:themeColor="background1"/>
      </w:rPr>
      <w:tblPr/>
      <w:tcPr>
        <w:tcBorders>
          <w:top w:val="single" w:sz="24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single" w:sz="8" w:space="0" w:color="F1F1F1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1F1F1" w:themeColor="background1"/>
      </w:rPr>
      <w:tblPr/>
      <w:tcPr>
        <w:tcBorders>
          <w:left w:val="single" w:sz="8" w:space="0" w:color="F1F1F1" w:themeColor="background1"/>
          <w:right w:val="single" w:sz="24" w:space="0" w:color="F1F1F1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1F1F1" w:themeColor="background1"/>
      </w:rPr>
      <w:tblPr/>
      <w:tcPr>
        <w:tcBorders>
          <w:top w:val="nil"/>
          <w:left w:val="single" w:sz="24" w:space="0" w:color="F1F1F1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1F1F1" w:themeColor="background1"/>
          <w:left w:val="single" w:sz="8" w:space="0" w:color="F1F1F1" w:themeColor="background1"/>
          <w:bottom w:val="single" w:sz="8" w:space="0" w:color="F1F1F1" w:themeColor="background1"/>
          <w:right w:val="single" w:sz="8" w:space="0" w:color="F1F1F1" w:themeColor="background1"/>
          <w:insideH w:val="single" w:sz="8" w:space="0" w:color="F1F1F1" w:themeColor="background1"/>
          <w:insideV w:val="single" w:sz="8" w:space="0" w:color="F1F1F1" w:themeColor="background1"/>
        </w:tcBorders>
        <w:shd w:val="clear" w:color="auto" w:fill="B7D8A0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FF4E0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7F26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C03900" w:themeFill="accent1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3900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3E51A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1F285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2E3C78" w:themeFill="accent2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3C78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A8CF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44784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6CAE67" w:themeFill="accent3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CAE67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4DA64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26522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397C34" w:themeFill="accent4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34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1F1F1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1F1F1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1F1F1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1F1F1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1F1F1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000000" w:themeFill="text1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FF4E02" w:themeColor="accent1"/>
        <w:bottom w:val="single" w:sz="4" w:space="0" w:color="FF4E02" w:themeColor="accent1"/>
        <w:right w:val="single" w:sz="4" w:space="0" w:color="FF4E02" w:themeColor="accent1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FEDE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9A2D00" w:themeFill="accent1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A2D00" w:themeColor="accent1" w:themeShade="99"/>
          <w:insideV w:val="nil"/>
        </w:tcBorders>
        <w:shd w:val="clear" w:color="auto" w:fill="9A2D00" w:themeFill="accent1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2D00" w:themeFill="accent1" w:themeFillShade="99"/>
      </w:tcPr>
    </w:tblStylePr>
    <w:tblStylePr w:type="band1Vert">
      <w:tblPr/>
      <w:tcPr>
        <w:shd w:val="clear" w:color="auto" w:fill="FFB799" w:themeFill="accent1" w:themeFillTint="66"/>
      </w:tcPr>
    </w:tblStylePr>
    <w:tblStylePr w:type="band1Horz">
      <w:tblPr/>
      <w:tcPr>
        <w:shd w:val="clear" w:color="auto" w:fill="FFA6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51A1" w:themeColor="accent2"/>
        <w:left w:val="single" w:sz="4" w:space="0" w:color="3E51A1" w:themeColor="accent2"/>
        <w:bottom w:val="single" w:sz="4" w:space="0" w:color="3E51A1" w:themeColor="accent2"/>
        <w:right w:val="single" w:sz="4" w:space="0" w:color="3E51A1" w:themeColor="accent2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A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51A1" w:themeColor="accent2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53060" w:themeFill="accent2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3060" w:themeColor="accent2" w:themeShade="99"/>
          <w:insideV w:val="nil"/>
        </w:tcBorders>
        <w:shd w:val="clear" w:color="auto" w:fill="253060" w:themeFill="accent2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3060" w:themeFill="accent2" w:themeFillShade="99"/>
      </w:tcPr>
    </w:tblStylePr>
    <w:tblStylePr w:type="band1Vert">
      <w:tblPr/>
      <w:tcPr>
        <w:shd w:val="clear" w:color="auto" w:fill="ABB5DF" w:themeFill="accent2" w:themeFillTint="66"/>
      </w:tcPr>
    </w:tblStylePr>
    <w:tblStylePr w:type="band1Horz">
      <w:tblPr/>
      <w:tcPr>
        <w:shd w:val="clear" w:color="auto" w:fill="97A3D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A646" w:themeColor="accent4"/>
        <w:left w:val="single" w:sz="4" w:space="0" w:color="A8CFA5" w:themeColor="accent3"/>
        <w:bottom w:val="single" w:sz="4" w:space="0" w:color="A8CFA5" w:themeColor="accent3"/>
        <w:right w:val="single" w:sz="4" w:space="0" w:color="A8CFA5" w:themeColor="accent3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6FA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A646" w:themeColor="accent4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52914D" w:themeFill="accent3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2914D" w:themeColor="accent3" w:themeShade="99"/>
          <w:insideV w:val="nil"/>
        </w:tcBorders>
        <w:shd w:val="clear" w:color="auto" w:fill="52914D" w:themeFill="accent3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914D" w:themeFill="accent3" w:themeFillShade="99"/>
      </w:tcPr>
    </w:tblStylePr>
    <w:tblStylePr w:type="band1Vert">
      <w:tblPr/>
      <w:tcPr>
        <w:shd w:val="clear" w:color="auto" w:fill="DCEBDA" w:themeFill="accent3" w:themeFillTint="66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8CFA5" w:themeColor="accent3"/>
        <w:left w:val="single" w:sz="4" w:space="0" w:color="4DA646" w:themeColor="accent4"/>
        <w:bottom w:val="single" w:sz="4" w:space="0" w:color="4DA646" w:themeColor="accent4"/>
        <w:right w:val="single" w:sz="4" w:space="0" w:color="4DA646" w:themeColor="accent4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CF7EC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8CFA5" w:themeColor="accent3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E632A" w:themeFill="accent4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32A" w:themeColor="accent4" w:themeShade="99"/>
          <w:insideV w:val="nil"/>
        </w:tcBorders>
        <w:shd w:val="clear" w:color="auto" w:fill="2E632A" w:themeFill="accent4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32A" w:themeFill="accent4" w:themeFillShade="99"/>
      </w:tcPr>
    </w:tblStylePr>
    <w:tblStylePr w:type="band1Vert">
      <w:tblPr/>
      <w:tcPr>
        <w:shd w:val="clear" w:color="auto" w:fill="B4DEB1" w:themeFill="accent4" w:themeFillTint="66"/>
      </w:tcPr>
    </w:tblStylePr>
    <w:tblStylePr w:type="band1Horz">
      <w:tblPr/>
      <w:tcPr>
        <w:shd w:val="clear" w:color="auto" w:fill="A2D69E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255D91" w:themeFill="accent5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1F1F1" w:themeColor="background1"/>
        <w:insideV w:val="single" w:sz="4" w:space="0" w:color="F1F1F1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1F1F1" w:themeFill="background1"/>
      </w:tcPr>
    </w:tblStylePr>
    <w:tblStylePr w:type="lastRow">
      <w:rPr>
        <w:b/>
        <w:bCs/>
        <w:color w:val="F1F1F1" w:themeColor="background1"/>
      </w:rPr>
      <w:tblPr/>
      <w:tcPr>
        <w:tcBorders>
          <w:top w:val="single" w:sz="6" w:space="0" w:color="F1F1F1" w:themeColor="background1"/>
        </w:tcBorders>
        <w:shd w:val="clear" w:color="auto" w:fill="43672A" w:themeFill="accent6" w:themeFillShade="99"/>
      </w:tcPr>
    </w:tblStylePr>
    <w:tblStylePr w:type="fir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1F1F1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EDE6" w:themeFill="accent1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3C0" w:themeFill="accent1" w:themeFillTint="3F"/>
      </w:tcPr>
    </w:tblStylePr>
    <w:tblStylePr w:type="band1Horz">
      <w:tblPr/>
      <w:tcPr>
        <w:shd w:val="clear" w:color="auto" w:fill="FFDBCC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ECF7" w:themeFill="accent2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4080" w:themeFill="accent2" w:themeFillShade="CC"/>
      </w:tcPr>
    </w:tblStylePr>
    <w:tblStylePr w:type="lastRow">
      <w:rPr>
        <w:b/>
        <w:bCs/>
        <w:color w:val="31408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1EB" w:themeFill="accent2" w:themeFillTint="3F"/>
      </w:tcPr>
    </w:tblStylePr>
    <w:tblStylePr w:type="band1Horz">
      <w:tblPr/>
      <w:tcPr>
        <w:shd w:val="clear" w:color="auto" w:fill="D5DAE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AF6" w:themeFill="accent3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D8438" w:themeFill="accent4" w:themeFillShade="CC"/>
      </w:tcPr>
    </w:tblStylePr>
    <w:tblStylePr w:type="lastRow">
      <w:rPr>
        <w:b/>
        <w:bCs/>
        <w:color w:val="3D843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3E8" w:themeFill="accent3" w:themeFillTint="3F"/>
      </w:tcPr>
    </w:tblStylePr>
    <w:tblStylePr w:type="band1Horz">
      <w:tblPr/>
      <w:tcPr>
        <w:shd w:val="clear" w:color="auto" w:fill="EDF5EC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7EC" w:themeFill="accent4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78B574" w:themeFill="accent3" w:themeFillShade="CC"/>
      </w:tcPr>
    </w:tblStylePr>
    <w:tblStylePr w:type="lastRow">
      <w:rPr>
        <w:b/>
        <w:bCs/>
        <w:color w:val="78B57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ACF" w:themeFill="accent4" w:themeFillTint="3F"/>
      </w:tcPr>
    </w:tblStylePr>
    <w:tblStylePr w:type="band1Horz">
      <w:tblPr/>
      <w:tcPr>
        <w:shd w:val="clear" w:color="auto" w:fill="D9EED8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1F1F1" w:themeColor="background1"/>
      </w:rPr>
      <w:tblPr/>
      <w:tcPr>
        <w:tcBorders>
          <w:bottom w:val="single" w:sz="12" w:space="0" w:color="F1F1F1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1F1F1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1F1F1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1F1F1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FFDBCC" w:themeFill="accent1" w:themeFillTint="33"/>
    </w:tcPr>
    <w:tblStylePr w:type="firstRow">
      <w:rPr>
        <w:b/>
        <w:bCs/>
      </w:rPr>
      <w:tblPr/>
      <w:tcPr>
        <w:shd w:val="clear" w:color="auto" w:fill="FFB7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B799" w:themeFill="accent1" w:themeFillTint="66"/>
      </w:tcPr>
    </w:tblStylePr>
    <w:tblStylePr w:type="firstCol">
      <w:rPr>
        <w:color w:val="F1F1F1" w:themeColor="background1"/>
      </w:rPr>
      <w:tblPr/>
      <w:tcPr>
        <w:shd w:val="clear" w:color="auto" w:fill="C03900" w:themeFill="accent1" w:themeFillShade="BF"/>
      </w:tcPr>
    </w:tblStylePr>
    <w:tblStylePr w:type="lastCol">
      <w:rPr>
        <w:color w:val="F1F1F1" w:themeColor="background1"/>
      </w:rPr>
      <w:tblPr/>
      <w:tcPr>
        <w:shd w:val="clear" w:color="auto" w:fill="C03900" w:themeFill="accent1" w:themeFillShade="BF"/>
      </w:tcPr>
    </w:tblStylePr>
    <w:tblStylePr w:type="band1Vert">
      <w:tblPr/>
      <w:tcPr>
        <w:shd w:val="clear" w:color="auto" w:fill="FFA680" w:themeFill="accent1" w:themeFillTint="7F"/>
      </w:tcPr>
    </w:tblStylePr>
    <w:tblStylePr w:type="band1Horz">
      <w:tblPr/>
      <w:tcPr>
        <w:shd w:val="clear" w:color="auto" w:fill="FFA680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5DAEF" w:themeFill="accent2" w:themeFillTint="33"/>
    </w:tcPr>
    <w:tblStylePr w:type="firstRow">
      <w:rPr>
        <w:b/>
        <w:bCs/>
      </w:rPr>
      <w:tblPr/>
      <w:tcPr>
        <w:shd w:val="clear" w:color="auto" w:fill="ABB5D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B5DF" w:themeFill="accent2" w:themeFillTint="66"/>
      </w:tcPr>
    </w:tblStylePr>
    <w:tblStylePr w:type="firstCol">
      <w:rPr>
        <w:color w:val="F1F1F1" w:themeColor="background1"/>
      </w:rPr>
      <w:tblPr/>
      <w:tcPr>
        <w:shd w:val="clear" w:color="auto" w:fill="2E3C78" w:themeFill="accent2" w:themeFillShade="BF"/>
      </w:tcPr>
    </w:tblStylePr>
    <w:tblStylePr w:type="lastCol">
      <w:rPr>
        <w:color w:val="F1F1F1" w:themeColor="background1"/>
      </w:rPr>
      <w:tblPr/>
      <w:tcPr>
        <w:shd w:val="clear" w:color="auto" w:fill="2E3C78" w:themeFill="accent2" w:themeFillShade="BF"/>
      </w:tcPr>
    </w:tblStylePr>
    <w:tblStylePr w:type="band1Vert">
      <w:tblPr/>
      <w:tcPr>
        <w:shd w:val="clear" w:color="auto" w:fill="97A3D7" w:themeFill="accent2" w:themeFillTint="7F"/>
      </w:tcPr>
    </w:tblStylePr>
    <w:tblStylePr w:type="band1Horz">
      <w:tblPr/>
      <w:tcPr>
        <w:shd w:val="clear" w:color="auto" w:fill="97A3D7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EDF5EC" w:themeFill="accent3" w:themeFillTint="33"/>
    </w:tcPr>
    <w:tblStylePr w:type="firstRow">
      <w:rPr>
        <w:b/>
        <w:bCs/>
      </w:rPr>
      <w:tblPr/>
      <w:tcPr>
        <w:shd w:val="clear" w:color="auto" w:fill="DCEBD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CEBDA" w:themeFill="accent3" w:themeFillTint="66"/>
      </w:tcPr>
    </w:tblStylePr>
    <w:tblStylePr w:type="firstCol">
      <w:rPr>
        <w:color w:val="F1F1F1" w:themeColor="background1"/>
      </w:rPr>
      <w:tblPr/>
      <w:tcPr>
        <w:shd w:val="clear" w:color="auto" w:fill="6CAE67" w:themeFill="accent3" w:themeFillShade="BF"/>
      </w:tcPr>
    </w:tblStylePr>
    <w:tblStylePr w:type="lastCol">
      <w:rPr>
        <w:color w:val="F1F1F1" w:themeColor="background1"/>
      </w:rPr>
      <w:tblPr/>
      <w:tcPr>
        <w:shd w:val="clear" w:color="auto" w:fill="6CAE67" w:themeFill="accent3" w:themeFillShade="BF"/>
      </w:tcPr>
    </w:tblStylePr>
    <w:tblStylePr w:type="band1Vert">
      <w:tblPr/>
      <w:tcPr>
        <w:shd w:val="clear" w:color="auto" w:fill="D3E7D2" w:themeFill="accent3" w:themeFillTint="7F"/>
      </w:tcPr>
    </w:tblStylePr>
    <w:tblStylePr w:type="band1Horz">
      <w:tblPr/>
      <w:tcPr>
        <w:shd w:val="clear" w:color="auto" w:fill="D3E7D2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9EED8" w:themeFill="accent4" w:themeFillTint="33"/>
    </w:tcPr>
    <w:tblStylePr w:type="firstRow">
      <w:rPr>
        <w:b/>
        <w:bCs/>
      </w:rPr>
      <w:tblPr/>
      <w:tcPr>
        <w:shd w:val="clear" w:color="auto" w:fill="B4DEB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DEB1" w:themeFill="accent4" w:themeFillTint="66"/>
      </w:tcPr>
    </w:tblStylePr>
    <w:tblStylePr w:type="firstCol">
      <w:rPr>
        <w:color w:val="F1F1F1" w:themeColor="background1"/>
      </w:rPr>
      <w:tblPr/>
      <w:tcPr>
        <w:shd w:val="clear" w:color="auto" w:fill="397C34" w:themeFill="accent4" w:themeFillShade="BF"/>
      </w:tcPr>
    </w:tblStylePr>
    <w:tblStylePr w:type="lastCol">
      <w:rPr>
        <w:color w:val="F1F1F1" w:themeColor="background1"/>
      </w:rPr>
      <w:tblPr/>
      <w:tcPr>
        <w:shd w:val="clear" w:color="auto" w:fill="397C34" w:themeFill="accent4" w:themeFillShade="BF"/>
      </w:tcPr>
    </w:tblStylePr>
    <w:tblStylePr w:type="band1Vert">
      <w:tblPr/>
      <w:tcPr>
        <w:shd w:val="clear" w:color="auto" w:fill="A2D69E" w:themeFill="accent4" w:themeFillTint="7F"/>
      </w:tcPr>
    </w:tblStylePr>
    <w:tblStylePr w:type="band1Horz">
      <w:tblPr/>
      <w:tcPr>
        <w:shd w:val="clear" w:color="auto" w:fill="A2D69E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1F1F1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1F1F1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1F1F1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1F1F1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1F1F1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MIAI Cluster IA">
      <a:dk1>
        <a:srgbClr val="000000"/>
      </a:dk1>
      <a:lt1>
        <a:srgbClr val="F1F1F1"/>
      </a:lt1>
      <a:dk2>
        <a:srgbClr val="3E51A1"/>
      </a:dk2>
      <a:lt2>
        <a:srgbClr val="E7E6E6"/>
      </a:lt2>
      <a:accent1>
        <a:srgbClr val="FF4E02"/>
      </a:accent1>
      <a:accent2>
        <a:srgbClr val="3E51A1"/>
      </a:accent2>
      <a:accent3>
        <a:srgbClr val="A8CFA5"/>
      </a:accent3>
      <a:accent4>
        <a:srgbClr val="4DA646"/>
      </a:accent4>
      <a:accent5>
        <a:srgbClr val="5B9BD5"/>
      </a:accent5>
      <a:accent6>
        <a:srgbClr val="70AD47"/>
      </a:accent6>
      <a:hlink>
        <a:srgbClr val="FF4E02"/>
      </a:hlink>
      <a:folHlink>
        <a:srgbClr val="FF4E02"/>
      </a:folHlink>
    </a:clrScheme>
    <a:fontScheme name="Typo MIAI Cluster">
      <a:majorFont>
        <a:latin typeface="Mont Bold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ANNE BAVAZZANO DESBRIERES</cp:lastModifiedBy>
  <cp:revision>3</cp:revision>
  <dcterms:created xsi:type="dcterms:W3CDTF">2026-10-22T07:03:00Z</dcterms:created>
  <dcterms:modified xsi:type="dcterms:W3CDTF">2026-10-22T07:04:00Z</dcterms:modified>
  <cp:category/>
</cp:coreProperties>
</file>