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D4759" w14:textId="77777777" w:rsidR="00790646" w:rsidRPr="00D71BE5" w:rsidRDefault="000E2054" w:rsidP="00D71BE5">
      <w:pPr>
        <w:tabs>
          <w:tab w:val="left" w:pos="6600"/>
        </w:tabs>
        <w:rPr>
          <w:lang w:val="fr-F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08ABA9" wp14:editId="2E5833B1">
            <wp:simplePos x="0" y="0"/>
            <wp:positionH relativeFrom="page">
              <wp:align>right</wp:align>
            </wp:positionH>
            <wp:positionV relativeFrom="paragraph">
              <wp:posOffset>-240030</wp:posOffset>
            </wp:positionV>
            <wp:extent cx="8008620" cy="10464165"/>
            <wp:effectExtent l="0" t="0" r="0" b="0"/>
            <wp:wrapNone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>
                      <a:alphaModFix amt="9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8620" cy="1046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BE5">
        <w:rPr>
          <w:lang w:val="fr-FR"/>
        </w:rPr>
        <w:tab/>
      </w:r>
      <w:r w:rsidR="00CD3D54" w:rsidRPr="00D71BE5">
        <w:rPr>
          <w:lang w:val="fr-FR"/>
        </w:rPr>
        <w:br/>
      </w:r>
      <w:r w:rsidR="00CD3D54" w:rsidRPr="00D71BE5">
        <w:rPr>
          <w:lang w:val="fr-FR"/>
        </w:rPr>
        <w:br/>
      </w:r>
    </w:p>
    <w:p w14:paraId="0231C1DF" w14:textId="78474124" w:rsidR="004B0186" w:rsidRPr="004B0186" w:rsidRDefault="004B0186" w:rsidP="00D1143E">
      <w:pPr>
        <w:pStyle w:val="Title"/>
        <w:jc w:val="center"/>
      </w:pPr>
      <w:r w:rsidRPr="004B0186">
        <w:t>MI</w:t>
      </w:r>
      <w:r>
        <w:t>AI Cluster</w:t>
      </w:r>
    </w:p>
    <w:p w14:paraId="293F755A" w14:textId="50641CC3" w:rsidR="004B0186" w:rsidRPr="004B0186" w:rsidRDefault="004B0186" w:rsidP="004B0186">
      <w:pPr>
        <w:pStyle w:val="Title"/>
        <w:jc w:val="center"/>
      </w:pPr>
      <w:r w:rsidRPr="004B0186">
        <w:t>Call for exploratory projets 2026-2027</w:t>
      </w:r>
      <w:r>
        <w:t xml:space="preserve"> APPLICATION FORM</w:t>
      </w:r>
    </w:p>
    <w:p w14:paraId="35188083" w14:textId="0806FE0E" w:rsidR="00D1143E" w:rsidRPr="004B0186" w:rsidRDefault="00D1143E" w:rsidP="00D1143E"/>
    <w:p w14:paraId="0F4D181C" w14:textId="1BA2A66B" w:rsidR="00D1143E" w:rsidRPr="004B0186" w:rsidRDefault="00D1143E" w:rsidP="00D1143E"/>
    <w:p w14:paraId="49D70BD8" w14:textId="59EE476B" w:rsidR="00D1143E" w:rsidRPr="004B0186" w:rsidRDefault="00D1143E" w:rsidP="00D1143E"/>
    <w:p w14:paraId="2F8189C4" w14:textId="619F0FB0" w:rsidR="004B0186" w:rsidRPr="004B0186" w:rsidRDefault="004B0186" w:rsidP="00D1143E">
      <w:pPr>
        <w:rPr>
          <w:rStyle w:val="Strong"/>
          <w:i/>
          <w:iCs/>
        </w:rPr>
      </w:pPr>
      <w:r w:rsidRPr="004B0186">
        <w:rPr>
          <w:rStyle w:val="Strong"/>
          <w:i/>
          <w:iCs/>
        </w:rPr>
        <w:t>Information for filling the form</w:t>
      </w:r>
    </w:p>
    <w:p w14:paraId="09AA535E" w14:textId="664CE888" w:rsidR="004B0186" w:rsidRPr="00D16F3F" w:rsidRDefault="004B0186" w:rsidP="00D1143E">
      <w:pPr>
        <w:rPr>
          <w:rStyle w:val="Emphasis"/>
        </w:rPr>
      </w:pPr>
      <w:r w:rsidRPr="00D16F3F">
        <w:rPr>
          <w:rStyle w:val="Emphasis"/>
        </w:rPr>
        <w:t>The template below provides the elements expected in the description of your project.</w:t>
      </w:r>
    </w:p>
    <w:p w14:paraId="75375FCB" w14:textId="075259CF" w:rsidR="004B0186" w:rsidRPr="00D16F3F" w:rsidRDefault="004B0186" w:rsidP="00D1143E">
      <w:pPr>
        <w:rPr>
          <w:rStyle w:val="Emphasis"/>
        </w:rPr>
      </w:pPr>
      <w:r w:rsidRPr="00D16F3F">
        <w:rPr>
          <w:rStyle w:val="Emphasis"/>
        </w:rPr>
        <w:t xml:space="preserve">Remove italicized information when submitting your application. Your project must be written in </w:t>
      </w:r>
      <w:r w:rsidR="002B39F1">
        <w:rPr>
          <w:rStyle w:val="Emphasis"/>
        </w:rPr>
        <w:t>e</w:t>
      </w:r>
      <w:r w:rsidRPr="00D16F3F">
        <w:rPr>
          <w:rStyle w:val="Emphasis"/>
        </w:rPr>
        <w:t>nglish.</w:t>
      </w:r>
    </w:p>
    <w:p w14:paraId="077D5ABC" w14:textId="7154CCB4" w:rsidR="004B0186" w:rsidRPr="00CD72E3" w:rsidRDefault="004B0186" w:rsidP="00D1143E">
      <w:pPr>
        <w:rPr>
          <w:i/>
          <w:iCs/>
        </w:rPr>
      </w:pPr>
      <w:r w:rsidRPr="00D16F3F">
        <w:rPr>
          <w:rStyle w:val="Emphasis"/>
        </w:rPr>
        <w:t>Please strictly observe the page limitations indicated: submissions which do not strictly adhere to the format and page limitations will be desk rejected.</w:t>
      </w:r>
      <w:r w:rsidRPr="004B0186">
        <w:rPr>
          <w:i/>
          <w:iCs/>
          <w:color w:val="000000" w:themeColor="text1"/>
        </w:rPr>
        <w:br/>
      </w:r>
    </w:p>
    <w:p w14:paraId="60BC4536" w14:textId="77777777" w:rsidR="004B0186" w:rsidRPr="004B0186" w:rsidRDefault="004B0186" w:rsidP="00D1143E"/>
    <w:p w14:paraId="79E8879B" w14:textId="4F6B0655" w:rsidR="00CD72E3" w:rsidRDefault="00CD72E3">
      <w:pPr>
        <w:rPr>
          <w:rStyle w:val="IntenseReference"/>
        </w:rPr>
      </w:pPr>
      <w:r>
        <w:rPr>
          <w:rStyle w:val="IntenseReference"/>
        </w:rPr>
        <w:br w:type="page"/>
      </w:r>
    </w:p>
    <w:p w14:paraId="57DEC252" w14:textId="77777777" w:rsidR="00D1143E" w:rsidRPr="004B0186" w:rsidRDefault="00D1143E" w:rsidP="00D1143E">
      <w:pPr>
        <w:rPr>
          <w:rStyle w:val="IntenseReference"/>
        </w:rPr>
      </w:pPr>
    </w:p>
    <w:p w14:paraId="712E8646" w14:textId="032B2D88" w:rsidR="00D1143E" w:rsidRDefault="004B0186" w:rsidP="00C15690">
      <w:pPr>
        <w:pStyle w:val="Heading1"/>
        <w:rPr>
          <w:lang w:val="fr-FR"/>
        </w:rPr>
      </w:pPr>
      <w:r>
        <w:rPr>
          <w:lang w:val="fr-FR"/>
        </w:rPr>
        <w:t>Project information</w:t>
      </w:r>
    </w:p>
    <w:p w14:paraId="2A7E5DC6" w14:textId="5D421DFB" w:rsidR="00C15690" w:rsidRPr="00C15690" w:rsidRDefault="00C15690" w:rsidP="00C15690">
      <w:pPr>
        <w:pStyle w:val="Heading2"/>
        <w:rPr>
          <w:lang w:val="fr-FR"/>
        </w:rPr>
      </w:pPr>
      <w:r>
        <w:rPr>
          <w:lang w:val="fr-FR"/>
        </w:rPr>
        <w:t>General information</w:t>
      </w:r>
    </w:p>
    <w:p w14:paraId="65F26065" w14:textId="77777777" w:rsidR="00C15690" w:rsidRPr="00C15690" w:rsidRDefault="00C15690" w:rsidP="00C15690">
      <w:pPr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6565"/>
      </w:tblGrid>
      <w:tr w:rsidR="004B0186" w:rsidRPr="004B0186" w14:paraId="4A691A59" w14:textId="77777777" w:rsidTr="00C15690">
        <w:tc>
          <w:tcPr>
            <w:tcW w:w="2785" w:type="dxa"/>
          </w:tcPr>
          <w:p w14:paraId="20C0E6D3" w14:textId="771960A2" w:rsidR="004B0186" w:rsidRPr="004B0186" w:rsidRDefault="004B0186" w:rsidP="004B0186">
            <w:r w:rsidRPr="004B0186">
              <w:t>Project’s title</w:t>
            </w:r>
          </w:p>
        </w:tc>
        <w:tc>
          <w:tcPr>
            <w:tcW w:w="6565" w:type="dxa"/>
          </w:tcPr>
          <w:p w14:paraId="2363E586" w14:textId="77777777" w:rsidR="004B0186" w:rsidRPr="004B0186" w:rsidRDefault="004B0186" w:rsidP="004B0186"/>
        </w:tc>
      </w:tr>
      <w:tr w:rsidR="004B0186" w14:paraId="3DE82335" w14:textId="77777777" w:rsidTr="00C15690">
        <w:tc>
          <w:tcPr>
            <w:tcW w:w="2785" w:type="dxa"/>
          </w:tcPr>
          <w:p w14:paraId="3D24ABEA" w14:textId="207D4849" w:rsidR="004B0186" w:rsidRDefault="004B0186" w:rsidP="004B0186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Project’s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acronym</w:t>
            </w:r>
            <w:proofErr w:type="spellEnd"/>
          </w:p>
        </w:tc>
        <w:tc>
          <w:tcPr>
            <w:tcW w:w="6565" w:type="dxa"/>
          </w:tcPr>
          <w:p w14:paraId="42E3F2D8" w14:textId="77777777" w:rsidR="004B0186" w:rsidRDefault="004B0186" w:rsidP="004B0186">
            <w:pPr>
              <w:rPr>
                <w:lang w:val="fr-FR"/>
              </w:rPr>
            </w:pPr>
          </w:p>
        </w:tc>
      </w:tr>
      <w:tr w:rsidR="00C15690" w14:paraId="067AE4EB" w14:textId="77777777" w:rsidTr="00C15690">
        <w:tc>
          <w:tcPr>
            <w:tcW w:w="2785" w:type="dxa"/>
          </w:tcPr>
          <w:p w14:paraId="42130023" w14:textId="146291DA" w:rsidR="00C15690" w:rsidRDefault="00C15690" w:rsidP="004B0186">
            <w:pPr>
              <w:rPr>
                <w:lang w:val="fr-FR"/>
              </w:rPr>
            </w:pPr>
            <w:r>
              <w:rPr>
                <w:lang w:val="fr-FR"/>
              </w:rPr>
              <w:t xml:space="preserve">Holder </w:t>
            </w:r>
            <w:proofErr w:type="spellStart"/>
            <w:r>
              <w:rPr>
                <w:lang w:val="fr-FR"/>
              </w:rPr>
              <w:t>name</w:t>
            </w:r>
            <w:proofErr w:type="spellEnd"/>
          </w:p>
        </w:tc>
        <w:tc>
          <w:tcPr>
            <w:tcW w:w="6565" w:type="dxa"/>
          </w:tcPr>
          <w:p w14:paraId="6DF90D2A" w14:textId="77777777" w:rsidR="00C15690" w:rsidRDefault="00C15690" w:rsidP="004B0186">
            <w:pPr>
              <w:rPr>
                <w:lang w:val="fr-FR"/>
              </w:rPr>
            </w:pPr>
          </w:p>
        </w:tc>
      </w:tr>
      <w:tr w:rsidR="004B0186" w14:paraId="09346194" w14:textId="77777777" w:rsidTr="00C15690">
        <w:tc>
          <w:tcPr>
            <w:tcW w:w="2785" w:type="dxa"/>
          </w:tcPr>
          <w:p w14:paraId="0D9B80D3" w14:textId="5F71D445" w:rsidR="004B0186" w:rsidRDefault="00C15690" w:rsidP="004B0186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Lab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name</w:t>
            </w:r>
            <w:proofErr w:type="spellEnd"/>
          </w:p>
        </w:tc>
        <w:tc>
          <w:tcPr>
            <w:tcW w:w="6565" w:type="dxa"/>
          </w:tcPr>
          <w:p w14:paraId="21A9C697" w14:textId="77777777" w:rsidR="004B0186" w:rsidRDefault="004B0186" w:rsidP="004B0186">
            <w:pPr>
              <w:rPr>
                <w:lang w:val="fr-FR"/>
              </w:rPr>
            </w:pPr>
          </w:p>
        </w:tc>
      </w:tr>
      <w:tr w:rsidR="00C15690" w14:paraId="3352E17E" w14:textId="77777777" w:rsidTr="00C15690">
        <w:tc>
          <w:tcPr>
            <w:tcW w:w="2785" w:type="dxa"/>
          </w:tcPr>
          <w:p w14:paraId="02281CD1" w14:textId="7F0A0673" w:rsidR="00C15690" w:rsidRDefault="00D16F3F" w:rsidP="004B0186">
            <w:pPr>
              <w:rPr>
                <w:lang w:val="fr-FR"/>
              </w:rPr>
            </w:pPr>
            <w:r>
              <w:rPr>
                <w:lang w:val="fr-FR"/>
              </w:rPr>
              <w:t>Holder site</w:t>
            </w:r>
          </w:p>
        </w:tc>
        <w:tc>
          <w:tcPr>
            <w:tcW w:w="6565" w:type="dxa"/>
          </w:tcPr>
          <w:p w14:paraId="57E62629" w14:textId="77777777" w:rsidR="00C15690" w:rsidRDefault="00C15690" w:rsidP="004B0186">
            <w:pPr>
              <w:rPr>
                <w:lang w:val="fr-FR"/>
              </w:rPr>
            </w:pPr>
          </w:p>
        </w:tc>
      </w:tr>
    </w:tbl>
    <w:p w14:paraId="6948FF67" w14:textId="77777777" w:rsidR="004B0186" w:rsidRPr="004B0186" w:rsidRDefault="004B0186" w:rsidP="004B0186">
      <w:pPr>
        <w:rPr>
          <w:lang w:val="fr-FR"/>
        </w:rPr>
      </w:pPr>
    </w:p>
    <w:p w14:paraId="47B09FC5" w14:textId="2C1359C5" w:rsidR="00C15690" w:rsidRDefault="00C15690" w:rsidP="00C15690">
      <w:pPr>
        <w:pStyle w:val="Heading2"/>
      </w:pPr>
      <w:r>
        <w:t>Project summary</w:t>
      </w:r>
    </w:p>
    <w:p w14:paraId="16A75F0E" w14:textId="00BCAD33" w:rsidR="00C15690" w:rsidRPr="00D16F3F" w:rsidRDefault="00D16F3F" w:rsidP="00D71BE5">
      <w:pPr>
        <w:tabs>
          <w:tab w:val="left" w:pos="6600"/>
        </w:tabs>
        <w:rPr>
          <w:rStyle w:val="Emphasis"/>
        </w:rPr>
      </w:pPr>
      <w:r w:rsidRPr="00D16F3F">
        <w:rPr>
          <w:rStyle w:val="Emphasis"/>
        </w:rPr>
        <w:t>10 lines</w:t>
      </w:r>
    </w:p>
    <w:p w14:paraId="5FB87D91" w14:textId="403A970F" w:rsidR="00C15690" w:rsidRDefault="00D16F3F" w:rsidP="00D16F3F">
      <w:pPr>
        <w:pStyle w:val="Heading1"/>
      </w:pPr>
      <w:r>
        <w:t>Context</w:t>
      </w:r>
    </w:p>
    <w:p w14:paraId="22C1F903" w14:textId="1B51579A" w:rsidR="00D16F3F" w:rsidRPr="00D16F3F" w:rsidRDefault="008E7CD5" w:rsidP="00D16F3F">
      <w:pPr>
        <w:rPr>
          <w:rStyle w:val="Emphasis"/>
        </w:rPr>
      </w:pPr>
      <w:r w:rsidRPr="002B39F1">
        <w:rPr>
          <w:rStyle w:val="Emphasis"/>
        </w:rPr>
        <w:t>Describe scientific and/or technological c</w:t>
      </w:r>
      <w:r w:rsidR="00D16F3F" w:rsidRPr="002B39F1">
        <w:rPr>
          <w:rStyle w:val="Emphasis"/>
        </w:rPr>
        <w:t xml:space="preserve">ontext, </w:t>
      </w:r>
      <w:r w:rsidRPr="002B39F1">
        <w:rPr>
          <w:rStyle w:val="Emphasis"/>
        </w:rPr>
        <w:t>objectives of the project</w:t>
      </w:r>
      <w:r w:rsidR="00CD72E3" w:rsidRPr="002B39F1">
        <w:rPr>
          <w:rStyle w:val="Emphasis"/>
        </w:rPr>
        <w:t>,</w:t>
      </w:r>
      <w:r w:rsidRPr="002B39F1">
        <w:rPr>
          <w:rStyle w:val="Emphasis"/>
        </w:rPr>
        <w:t xml:space="preserve"> </w:t>
      </w:r>
      <w:r w:rsidR="00D16F3F" w:rsidRPr="002B39F1">
        <w:rPr>
          <w:rStyle w:val="Emphasis"/>
        </w:rPr>
        <w:t xml:space="preserve">importance of the problem addressed, position </w:t>
      </w:r>
      <w:r w:rsidR="002B39F1">
        <w:rPr>
          <w:rStyle w:val="Emphasis"/>
        </w:rPr>
        <w:t>with respect to</w:t>
      </w:r>
      <w:r w:rsidR="00D16F3F" w:rsidRPr="002B39F1">
        <w:rPr>
          <w:rStyle w:val="Emphasis"/>
        </w:rPr>
        <w:t xml:space="preserve"> the state of the art</w:t>
      </w:r>
      <w:r w:rsidR="002B39F1">
        <w:rPr>
          <w:rStyle w:val="Emphasis"/>
        </w:rPr>
        <w:t xml:space="preserve">, </w:t>
      </w:r>
      <w:r w:rsidR="00D16F3F" w:rsidRPr="002B39F1">
        <w:rPr>
          <w:rStyle w:val="Emphasis"/>
        </w:rPr>
        <w:t>originality of the problem</w:t>
      </w:r>
      <w:r w:rsidR="002B39F1">
        <w:rPr>
          <w:rStyle w:val="Emphasis"/>
        </w:rPr>
        <w:t>.</w:t>
      </w:r>
      <w:r w:rsidR="00D16F3F" w:rsidRPr="00D16F3F">
        <w:rPr>
          <w:rStyle w:val="Emphasis"/>
        </w:rPr>
        <w:t xml:space="preserve"> </w:t>
      </w:r>
      <w:r w:rsidR="002B39F1">
        <w:rPr>
          <w:rStyle w:val="Emphasis"/>
        </w:rPr>
        <w:t>M</w:t>
      </w:r>
      <w:r w:rsidR="00D16F3F" w:rsidRPr="00D16F3F">
        <w:rPr>
          <w:rStyle w:val="Emphasis"/>
        </w:rPr>
        <w:t>aximum 1 page</w:t>
      </w:r>
    </w:p>
    <w:p w14:paraId="63F4BCDA" w14:textId="6776BB19" w:rsidR="00D16F3F" w:rsidRDefault="00D16F3F" w:rsidP="00D16F3F">
      <w:pPr>
        <w:pStyle w:val="Heading1"/>
      </w:pPr>
      <w:r>
        <w:t>Scientific description</w:t>
      </w:r>
    </w:p>
    <w:p w14:paraId="5033DF7B" w14:textId="42DC82D7" w:rsidR="00CD72E3" w:rsidRDefault="00CD72E3" w:rsidP="00D16F3F">
      <w:pPr>
        <w:rPr>
          <w:rStyle w:val="Emphasis"/>
        </w:rPr>
      </w:pPr>
      <w:r>
        <w:rPr>
          <w:rStyle w:val="Emphasis"/>
        </w:rPr>
        <w:t>Max 2 pages</w:t>
      </w:r>
    </w:p>
    <w:p w14:paraId="2F56D66B" w14:textId="41400606" w:rsidR="00CD72E3" w:rsidRDefault="008E7CD5" w:rsidP="00D16F3F">
      <w:pPr>
        <w:rPr>
          <w:rStyle w:val="Emphasis"/>
        </w:rPr>
      </w:pPr>
      <w:r>
        <w:rPr>
          <w:rStyle w:val="Emphasis"/>
        </w:rPr>
        <w:t>Describe</w:t>
      </w:r>
    </w:p>
    <w:p w14:paraId="1BF6D24D" w14:textId="27C6F87E" w:rsidR="00CD72E3" w:rsidRDefault="008E7CD5" w:rsidP="00CD72E3">
      <w:pPr>
        <w:pStyle w:val="ListParagraph"/>
        <w:numPr>
          <w:ilvl w:val="0"/>
          <w:numId w:val="14"/>
        </w:numPr>
        <w:rPr>
          <w:rStyle w:val="Emphasis"/>
        </w:rPr>
      </w:pPr>
      <w:r>
        <w:rPr>
          <w:rStyle w:val="Emphasis"/>
        </w:rPr>
        <w:t>s</w:t>
      </w:r>
      <w:r w:rsidR="00D16F3F" w:rsidRPr="00D16F3F">
        <w:rPr>
          <w:rStyle w:val="Emphasis"/>
        </w:rPr>
        <w:t>cientific challenges</w:t>
      </w:r>
      <w:r w:rsidR="00CD72E3">
        <w:rPr>
          <w:rStyle w:val="Emphasis"/>
        </w:rPr>
        <w:t xml:space="preserve"> and </w:t>
      </w:r>
      <w:r w:rsidR="00D16F3F" w:rsidRPr="00D16F3F">
        <w:rPr>
          <w:rStyle w:val="Emphasis"/>
        </w:rPr>
        <w:t>research directions</w:t>
      </w:r>
    </w:p>
    <w:p w14:paraId="4C2EB9AD" w14:textId="5F42FBB6" w:rsidR="00CD72E3" w:rsidRPr="00F118D5" w:rsidRDefault="00D16F3F" w:rsidP="00CD72E3">
      <w:pPr>
        <w:pStyle w:val="ListParagraph"/>
        <w:numPr>
          <w:ilvl w:val="0"/>
          <w:numId w:val="14"/>
        </w:numPr>
        <w:rPr>
          <w:rStyle w:val="Emphasis"/>
        </w:rPr>
      </w:pPr>
      <w:r w:rsidRPr="00F118D5">
        <w:rPr>
          <w:rStyle w:val="Emphasis"/>
        </w:rPr>
        <w:t>Specify the project requirements to justify a postdoctoral fellowship</w:t>
      </w:r>
      <w:r w:rsidR="00CD72E3" w:rsidRPr="00F118D5">
        <w:rPr>
          <w:rStyle w:val="Emphasis"/>
        </w:rPr>
        <w:t>. Or describe activities to be performed by the postdoc</w:t>
      </w:r>
    </w:p>
    <w:p w14:paraId="0AE69CB8" w14:textId="77777777" w:rsidR="00CD72E3" w:rsidRDefault="008E7CD5" w:rsidP="00D16F3F">
      <w:pPr>
        <w:pStyle w:val="ListParagraph"/>
        <w:numPr>
          <w:ilvl w:val="0"/>
          <w:numId w:val="14"/>
        </w:numPr>
        <w:rPr>
          <w:rStyle w:val="Emphasis"/>
        </w:rPr>
      </w:pPr>
      <w:r>
        <w:rPr>
          <w:rStyle w:val="Emphasis"/>
        </w:rPr>
        <w:t>Methodology</w:t>
      </w:r>
    </w:p>
    <w:p w14:paraId="4B6F3AE6" w14:textId="77777777" w:rsidR="00CD72E3" w:rsidRDefault="008E7CD5" w:rsidP="00D16F3F">
      <w:pPr>
        <w:pStyle w:val="ListParagraph"/>
        <w:numPr>
          <w:ilvl w:val="0"/>
          <w:numId w:val="14"/>
        </w:numPr>
        <w:rPr>
          <w:rStyle w:val="Emphasis"/>
        </w:rPr>
      </w:pPr>
      <w:r>
        <w:rPr>
          <w:rStyle w:val="Emphasis"/>
        </w:rPr>
        <w:t>Expected results</w:t>
      </w:r>
    </w:p>
    <w:p w14:paraId="353F6652" w14:textId="77777777" w:rsidR="00CD72E3" w:rsidRDefault="008E7CD5" w:rsidP="00D16F3F">
      <w:pPr>
        <w:pStyle w:val="ListParagraph"/>
        <w:numPr>
          <w:ilvl w:val="0"/>
          <w:numId w:val="14"/>
        </w:numPr>
        <w:rPr>
          <w:rStyle w:val="Emphasis"/>
        </w:rPr>
      </w:pPr>
      <w:r>
        <w:rPr>
          <w:rStyle w:val="Emphasis"/>
        </w:rPr>
        <w:t>Provisional project schedule</w:t>
      </w:r>
    </w:p>
    <w:p w14:paraId="73EB8876" w14:textId="3E764EC2" w:rsidR="00CD72E3" w:rsidRDefault="00891D69" w:rsidP="00D16F3F">
      <w:pPr>
        <w:pStyle w:val="ListParagraph"/>
        <w:numPr>
          <w:ilvl w:val="0"/>
          <w:numId w:val="14"/>
        </w:numPr>
        <w:rPr>
          <w:rStyle w:val="Emphasis"/>
        </w:rPr>
      </w:pPr>
      <w:r w:rsidRPr="00891D69">
        <w:rPr>
          <w:rStyle w:val="Emphasis"/>
        </w:rPr>
        <w:t xml:space="preserve">AI </w:t>
      </w:r>
      <w:r w:rsidR="00A45CCD">
        <w:rPr>
          <w:rStyle w:val="Emphasis"/>
        </w:rPr>
        <w:t xml:space="preserve">contribution to </w:t>
      </w:r>
      <w:r w:rsidRPr="00891D69">
        <w:rPr>
          <w:rStyle w:val="Emphasis"/>
        </w:rPr>
        <w:t>the p</w:t>
      </w:r>
      <w:r>
        <w:rPr>
          <w:rStyle w:val="Emphasis"/>
        </w:rPr>
        <w:t>roject</w:t>
      </w:r>
    </w:p>
    <w:p w14:paraId="5BB83F78" w14:textId="45B81A46" w:rsidR="00CD72E3" w:rsidRDefault="00CD72E3" w:rsidP="00CD72E3">
      <w:pPr>
        <w:pStyle w:val="ListParagraph"/>
        <w:numPr>
          <w:ilvl w:val="0"/>
          <w:numId w:val="14"/>
        </w:numPr>
        <w:rPr>
          <w:rStyle w:val="Emphasis"/>
        </w:rPr>
      </w:pPr>
      <w:r>
        <w:rPr>
          <w:rStyle w:val="Emphasis"/>
        </w:rPr>
        <w:t>Confirm</w:t>
      </w:r>
      <w:r w:rsidRPr="00D16F3F">
        <w:rPr>
          <w:rStyle w:val="Emphasis"/>
        </w:rPr>
        <w:t xml:space="preserve"> the availability of data </w:t>
      </w:r>
      <w:r>
        <w:rPr>
          <w:rStyle w:val="Emphasis"/>
        </w:rPr>
        <w:t>at</w:t>
      </w:r>
      <w:r w:rsidRPr="00D16F3F">
        <w:rPr>
          <w:rStyle w:val="Emphasis"/>
        </w:rPr>
        <w:t xml:space="preserve"> the </w:t>
      </w:r>
      <w:r>
        <w:rPr>
          <w:rStyle w:val="Emphasis"/>
        </w:rPr>
        <w:t xml:space="preserve">start of </w:t>
      </w:r>
      <w:r w:rsidRPr="00D16F3F">
        <w:rPr>
          <w:rStyle w:val="Emphasis"/>
        </w:rPr>
        <w:t>postdoctoral fellowship</w:t>
      </w:r>
      <w:r>
        <w:rPr>
          <w:rStyle w:val="Emphasis"/>
        </w:rPr>
        <w:t xml:space="preserve"> position</w:t>
      </w:r>
    </w:p>
    <w:p w14:paraId="66147F0A" w14:textId="72244157" w:rsidR="00891D69" w:rsidRPr="00891D69" w:rsidRDefault="00891D69" w:rsidP="00D16F3F">
      <w:pPr>
        <w:pStyle w:val="ListParagraph"/>
        <w:numPr>
          <w:ilvl w:val="0"/>
          <w:numId w:val="14"/>
        </w:numPr>
        <w:rPr>
          <w:rStyle w:val="Emphasis"/>
        </w:rPr>
      </w:pPr>
      <w:r w:rsidRPr="00891D69">
        <w:rPr>
          <w:rStyle w:val="Emphasis"/>
        </w:rPr>
        <w:t>Environmental impact mitigation actions for th</w:t>
      </w:r>
      <w:r>
        <w:rPr>
          <w:rStyle w:val="Emphasis"/>
        </w:rPr>
        <w:t>e project</w:t>
      </w:r>
    </w:p>
    <w:p w14:paraId="5C0AF2DF" w14:textId="0E998D27" w:rsidR="00D16F3F" w:rsidRPr="002B39F1" w:rsidRDefault="00D16F3F" w:rsidP="00D16F3F">
      <w:pPr>
        <w:pStyle w:val="Heading1"/>
      </w:pPr>
      <w:r w:rsidRPr="002B39F1">
        <w:lastRenderedPageBreak/>
        <w:t>Impact</w:t>
      </w:r>
    </w:p>
    <w:p w14:paraId="33C8D6B4" w14:textId="399D48F6" w:rsidR="00D16F3F" w:rsidRPr="00D16F3F" w:rsidRDefault="00D16F3F" w:rsidP="00D16F3F">
      <w:pPr>
        <w:rPr>
          <w:rStyle w:val="Emphasis"/>
        </w:rPr>
      </w:pPr>
      <w:r w:rsidRPr="00D16F3F">
        <w:rPr>
          <w:rStyle w:val="Emphasis"/>
        </w:rPr>
        <w:t>Impact, structuring effect on our ecosystem as well as environmental/societal impact and measures to be taken to limit a potential negative impact – maximum 1/2 page</w:t>
      </w:r>
    </w:p>
    <w:p w14:paraId="68364292" w14:textId="0502EB56" w:rsidR="00D16F3F" w:rsidRDefault="00D16F3F" w:rsidP="00D16F3F">
      <w:pPr>
        <w:pStyle w:val="Heading1"/>
      </w:pPr>
      <w:r>
        <w:t>Team</w:t>
      </w:r>
    </w:p>
    <w:p w14:paraId="37B9DD3A" w14:textId="77777777" w:rsidR="00D16F3F" w:rsidRPr="00D16F3F" w:rsidRDefault="00D16F3F" w:rsidP="00D16F3F">
      <w:pPr>
        <w:pStyle w:val="NoSpacing"/>
        <w:rPr>
          <w:rStyle w:val="Emphasis"/>
        </w:rPr>
      </w:pPr>
      <w:r w:rsidRPr="00D16F3F">
        <w:rPr>
          <w:rStyle w:val="Emphasis"/>
        </w:rPr>
        <w:t>maximum 1/2 page</w:t>
      </w:r>
    </w:p>
    <w:p w14:paraId="3B22B8AD" w14:textId="77777777" w:rsidR="008E7CD5" w:rsidRDefault="008E7CD5" w:rsidP="00D16F3F">
      <w:pPr>
        <w:pStyle w:val="NoSpacing"/>
        <w:rPr>
          <w:rStyle w:val="Emphasis"/>
        </w:rPr>
      </w:pPr>
      <w:r>
        <w:rPr>
          <w:rStyle w:val="Emphasis"/>
        </w:rPr>
        <w:t>Team organization</w:t>
      </w:r>
    </w:p>
    <w:p w14:paraId="19BEF1E6" w14:textId="0F5DBFB9" w:rsidR="008E7CD5" w:rsidRDefault="008E7CD5" w:rsidP="00D16F3F">
      <w:pPr>
        <w:pStyle w:val="NoSpacing"/>
        <w:rPr>
          <w:rStyle w:val="Emphasis"/>
        </w:rPr>
      </w:pPr>
      <w:r>
        <w:rPr>
          <w:rStyle w:val="Emphasis"/>
        </w:rPr>
        <w:t>Contribution of the post-doctorate to the project</w:t>
      </w:r>
    </w:p>
    <w:p w14:paraId="1A90D12F" w14:textId="427CDC04" w:rsidR="008E7CD5" w:rsidRDefault="008E7CD5" w:rsidP="00D16F3F">
      <w:pPr>
        <w:pStyle w:val="NoSpacing"/>
        <w:rPr>
          <w:rStyle w:val="Emphasis"/>
        </w:rPr>
      </w:pPr>
      <w:r>
        <w:rPr>
          <w:rStyle w:val="Emphasis"/>
        </w:rPr>
        <w:t>Integration of the post-doctorate to the team</w:t>
      </w:r>
    </w:p>
    <w:p w14:paraId="61C812C8" w14:textId="72092E5E" w:rsidR="008E7CD5" w:rsidRDefault="008E7CD5" w:rsidP="008E7CD5">
      <w:pPr>
        <w:pStyle w:val="NoSpacing"/>
        <w:rPr>
          <w:rStyle w:val="Emphasis"/>
        </w:rPr>
      </w:pPr>
      <w:r w:rsidRPr="00D16F3F">
        <w:rPr>
          <w:rStyle w:val="Emphasis"/>
        </w:rPr>
        <w:t>Collaborations: local, national, international, academic/private, ...</w:t>
      </w:r>
    </w:p>
    <w:p w14:paraId="1932C389" w14:textId="0A36FE9D" w:rsidR="008E7CD5" w:rsidRPr="008E7CD5" w:rsidRDefault="008E7CD5" w:rsidP="008E7CD5">
      <w:pPr>
        <w:rPr>
          <w:rStyle w:val="Emphasis"/>
        </w:rPr>
      </w:pPr>
      <w:r w:rsidRPr="008E7CD5">
        <w:rPr>
          <w:rStyle w:val="Emphasis"/>
        </w:rPr>
        <w:t xml:space="preserve">If a candidate is identified, it is possible to </w:t>
      </w:r>
      <w:r>
        <w:rPr>
          <w:rStyle w:val="Emphasis"/>
        </w:rPr>
        <w:t>provide</w:t>
      </w:r>
      <w:r w:rsidRPr="008E7CD5">
        <w:rPr>
          <w:rStyle w:val="Emphasis"/>
        </w:rPr>
        <w:t xml:space="preserve"> </w:t>
      </w:r>
      <w:r>
        <w:rPr>
          <w:rStyle w:val="Emphasis"/>
        </w:rPr>
        <w:t>his CV</w:t>
      </w:r>
      <w:r w:rsidRPr="008E7CD5">
        <w:rPr>
          <w:rStyle w:val="Emphasis"/>
        </w:rPr>
        <w:t xml:space="preserve">, but </w:t>
      </w:r>
      <w:r>
        <w:rPr>
          <w:rStyle w:val="Emphasis"/>
        </w:rPr>
        <w:t>hiring will go through consortium partner HR process if the project is awarded.</w:t>
      </w:r>
    </w:p>
    <w:p w14:paraId="1D5E46D3" w14:textId="179FF6C3" w:rsidR="0009702C" w:rsidRPr="00284D60" w:rsidRDefault="0009702C" w:rsidP="0009702C">
      <w:pPr>
        <w:pStyle w:val="Heading1"/>
        <w:rPr>
          <w:rStyle w:val="Emphasis"/>
        </w:rPr>
      </w:pPr>
      <w:r w:rsidRPr="00284D60">
        <w:rPr>
          <w:rStyle w:val="Emphasis"/>
        </w:rPr>
        <w:t xml:space="preserve">Additional </w:t>
      </w:r>
      <w:r w:rsidR="00ED35BF">
        <w:rPr>
          <w:rStyle w:val="Emphasis"/>
        </w:rPr>
        <w:t>Information</w:t>
      </w:r>
    </w:p>
    <w:p w14:paraId="1E4EDFBC" w14:textId="70A361E4" w:rsidR="0009702C" w:rsidRPr="00284D60" w:rsidRDefault="00284D60" w:rsidP="0009702C">
      <w:pPr>
        <w:rPr>
          <w:rStyle w:val="Emphasis"/>
        </w:rPr>
      </w:pPr>
      <w:r>
        <w:rPr>
          <w:rStyle w:val="Emphasis"/>
        </w:rPr>
        <w:t xml:space="preserve">On top of the application form, </w:t>
      </w:r>
      <w:r w:rsidR="00ED35BF">
        <w:rPr>
          <w:rStyle w:val="Emphasis"/>
        </w:rPr>
        <w:t>the following</w:t>
      </w:r>
      <w:r>
        <w:rPr>
          <w:rStyle w:val="Emphasis"/>
        </w:rPr>
        <w:t xml:space="preserve"> </w:t>
      </w:r>
      <w:r w:rsidR="0009702C" w:rsidRPr="00284D60">
        <w:rPr>
          <w:rStyle w:val="Emphasis"/>
        </w:rPr>
        <w:t>documents are mandatory :</w:t>
      </w:r>
    </w:p>
    <w:p w14:paraId="49BF0A15" w14:textId="7F8D3055" w:rsidR="00ED35BF" w:rsidRPr="00313728" w:rsidRDefault="00ED35BF" w:rsidP="0009702C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 w:rsidRPr="00313728">
        <w:rPr>
          <w:rStyle w:val="Emphasis"/>
        </w:rPr>
        <w:t xml:space="preserve">the project budget using this </w:t>
      </w:r>
      <w:hyperlink r:id="rId9" w:history="1">
        <w:r w:rsidRPr="00313728">
          <w:rPr>
            <w:rStyle w:val="Hyperlink"/>
            <w:i/>
            <w:iCs/>
          </w:rPr>
          <w:t>template</w:t>
        </w:r>
      </w:hyperlink>
      <w:r w:rsidRPr="00313728">
        <w:rPr>
          <w:rStyle w:val="Emphasis"/>
          <w:i w:val="0"/>
          <w:iCs w:val="0"/>
        </w:rPr>
        <w:t xml:space="preserve">. </w:t>
      </w:r>
    </w:p>
    <w:p w14:paraId="31D385F5" w14:textId="1329FCB7" w:rsidR="00284D60" w:rsidRPr="00F118D5" w:rsidRDefault="00ED35BF" w:rsidP="0009702C">
      <w:pPr>
        <w:pStyle w:val="ListParagraph"/>
        <w:numPr>
          <w:ilvl w:val="0"/>
          <w:numId w:val="13"/>
        </w:numPr>
        <w:rPr>
          <w:rStyle w:val="Emphasis"/>
        </w:rPr>
      </w:pPr>
      <w:r>
        <w:rPr>
          <w:rStyle w:val="Emphasis"/>
        </w:rPr>
        <w:t>a</w:t>
      </w:r>
      <w:r w:rsidR="0009702C" w:rsidRPr="00284D60">
        <w:rPr>
          <w:rStyle w:val="Emphasis"/>
        </w:rPr>
        <w:t xml:space="preserve"> 2-page CV</w:t>
      </w:r>
      <w:r w:rsidR="002B39F1">
        <w:rPr>
          <w:rStyle w:val="Emphasis"/>
        </w:rPr>
        <w:t xml:space="preserve">. If needed a template is available </w:t>
      </w:r>
      <w:hyperlink r:id="rId10" w:history="1">
        <w:r w:rsidR="002B39F1" w:rsidRPr="00F118D5">
          <w:rPr>
            <w:rStyle w:val="Hyperlink"/>
            <w:i/>
            <w:iCs/>
          </w:rPr>
          <w:t>here</w:t>
        </w:r>
      </w:hyperlink>
      <w:r w:rsidR="002B39F1" w:rsidRPr="00F118D5">
        <w:rPr>
          <w:rStyle w:val="Emphasis"/>
        </w:rPr>
        <w:t>.</w:t>
      </w:r>
    </w:p>
    <w:p w14:paraId="693AA99A" w14:textId="77777777" w:rsidR="00284D60" w:rsidRDefault="0009702C" w:rsidP="0009702C">
      <w:pPr>
        <w:pStyle w:val="ListParagraph"/>
        <w:numPr>
          <w:ilvl w:val="0"/>
          <w:numId w:val="13"/>
        </w:numPr>
        <w:rPr>
          <w:rStyle w:val="Emphasis"/>
        </w:rPr>
      </w:pPr>
      <w:r w:rsidRPr="00284D60">
        <w:rPr>
          <w:rStyle w:val="Emphasis"/>
        </w:rPr>
        <w:t>a list of publications</w:t>
      </w:r>
    </w:p>
    <w:p w14:paraId="56733FC1" w14:textId="77777777" w:rsidR="00284D60" w:rsidRDefault="0009702C" w:rsidP="0009702C">
      <w:pPr>
        <w:pStyle w:val="ListParagraph"/>
        <w:numPr>
          <w:ilvl w:val="0"/>
          <w:numId w:val="13"/>
        </w:numPr>
        <w:rPr>
          <w:rStyle w:val="Emphasis"/>
        </w:rPr>
      </w:pPr>
      <w:r w:rsidRPr="00284D60">
        <w:rPr>
          <w:rStyle w:val="Emphasis"/>
        </w:rPr>
        <w:t xml:space="preserve">a description of your 3 major contributions, </w:t>
      </w:r>
    </w:p>
    <w:p w14:paraId="69D07E46" w14:textId="205643FC" w:rsidR="00284D60" w:rsidRPr="00F118D5" w:rsidRDefault="0009702C" w:rsidP="0009702C">
      <w:pPr>
        <w:pStyle w:val="ListParagraph"/>
        <w:numPr>
          <w:ilvl w:val="0"/>
          <w:numId w:val="13"/>
        </w:numPr>
        <w:rPr>
          <w:rStyle w:val="Emphasis"/>
          <w:i w:val="0"/>
          <w:iCs w:val="0"/>
        </w:rPr>
      </w:pPr>
      <w:r w:rsidRPr="00284D60">
        <w:rPr>
          <w:rStyle w:val="Emphasis"/>
        </w:rPr>
        <w:t xml:space="preserve">a letter from the laboratory receiving the budget of your project, stating that the laboratory management has been informed of the project submission, see </w:t>
      </w:r>
      <w:r w:rsidR="00284D60">
        <w:rPr>
          <w:rStyle w:val="Emphasis"/>
        </w:rPr>
        <w:t xml:space="preserve">template </w:t>
      </w:r>
      <w:r w:rsidRPr="00284D60">
        <w:rPr>
          <w:rStyle w:val="Emphasis"/>
        </w:rPr>
        <w:t xml:space="preserve">of this </w:t>
      </w:r>
      <w:r w:rsidRPr="00F118D5">
        <w:rPr>
          <w:rStyle w:val="Emphasis"/>
          <w:i w:val="0"/>
          <w:iCs w:val="0"/>
        </w:rPr>
        <w:t xml:space="preserve">document </w:t>
      </w:r>
      <w:hyperlink r:id="rId11" w:history="1">
        <w:r w:rsidR="00284D60" w:rsidRPr="00F118D5">
          <w:rPr>
            <w:rStyle w:val="Hyperlink"/>
            <w:i/>
            <w:iCs/>
          </w:rPr>
          <w:t>here</w:t>
        </w:r>
      </w:hyperlink>
      <w:r w:rsidRPr="00F118D5">
        <w:rPr>
          <w:rStyle w:val="Emphasis"/>
          <w:i w:val="0"/>
          <w:iCs w:val="0"/>
        </w:rPr>
        <w:t>.</w:t>
      </w:r>
    </w:p>
    <w:p w14:paraId="6235AFB9" w14:textId="4648FCDD" w:rsidR="00ED35BF" w:rsidRDefault="00ED35BF" w:rsidP="00F118D5">
      <w:pPr>
        <w:rPr>
          <w:rStyle w:val="Emphasis"/>
        </w:rPr>
      </w:pPr>
      <w:r>
        <w:rPr>
          <w:rStyle w:val="Emphasis"/>
        </w:rPr>
        <w:t>Quotations for equipment ang GRICAD resources may be optionally submitted.</w:t>
      </w:r>
    </w:p>
    <w:p w14:paraId="475FBCC9" w14:textId="3CF8B0EE" w:rsidR="0035180F" w:rsidRDefault="0035180F" w:rsidP="00F118D5">
      <w:pPr>
        <w:rPr>
          <w:rStyle w:val="Emphasis"/>
        </w:rPr>
      </w:pPr>
      <w:r>
        <w:rPr>
          <w:rStyle w:val="Emphasis"/>
        </w:rPr>
        <w:t>Potential candidate CV may be provided.</w:t>
      </w:r>
    </w:p>
    <w:p w14:paraId="231C5200" w14:textId="6ECA4E95" w:rsidR="0009702C" w:rsidRPr="00ED35BF" w:rsidRDefault="00ED35BF" w:rsidP="00F118D5">
      <w:pPr>
        <w:rPr>
          <w:rStyle w:val="Emphasis"/>
        </w:rPr>
      </w:pPr>
      <w:r w:rsidRPr="00ED35BF">
        <w:rPr>
          <w:rStyle w:val="Emphasis"/>
        </w:rPr>
        <w:t>E</w:t>
      </w:r>
      <w:r w:rsidR="0009702C" w:rsidRPr="00ED35BF">
        <w:rPr>
          <w:rStyle w:val="Emphasis"/>
        </w:rPr>
        <w:t xml:space="preserve">ach project has to be submitted </w:t>
      </w:r>
      <w:r w:rsidR="00F118D5" w:rsidRPr="00ED35BF">
        <w:rPr>
          <w:rStyle w:val="Emphasis"/>
        </w:rPr>
        <w:t xml:space="preserve">to </w:t>
      </w:r>
      <w:hyperlink r:id="rId12" w:history="1">
        <w:proofErr w:type="spellStart"/>
        <w:r w:rsidR="00F118D5" w:rsidRPr="00313728">
          <w:rPr>
            <w:rStyle w:val="Hyperlink"/>
            <w:i/>
            <w:iCs/>
          </w:rPr>
          <w:t>deposibus</w:t>
        </w:r>
        <w:proofErr w:type="spellEnd"/>
      </w:hyperlink>
      <w:r w:rsidR="00F118D5" w:rsidRPr="00ED35BF">
        <w:rPr>
          <w:rStyle w:val="Emphasis"/>
        </w:rPr>
        <w:t xml:space="preserve"> platform before 02/02/2027 23:59.</w:t>
      </w:r>
    </w:p>
    <w:p w14:paraId="7FE4B567" w14:textId="77777777" w:rsidR="0009702C" w:rsidRPr="0009702C" w:rsidRDefault="0009702C" w:rsidP="0009702C"/>
    <w:sectPr w:rsidR="0009702C" w:rsidRPr="0009702C" w:rsidSect="000E2054">
      <w:headerReference w:type="default" r:id="rId13"/>
      <w:footerReference w:type="default" r:id="rId14"/>
      <w:pgSz w:w="12240" w:h="15840"/>
      <w:pgMar w:top="1440" w:right="1440" w:bottom="1440" w:left="1440" w:header="119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016" w14:textId="77777777" w:rsidR="00E37AF1" w:rsidRDefault="00E37AF1">
      <w:pPr>
        <w:spacing w:after="0" w:line="240" w:lineRule="auto"/>
      </w:pPr>
      <w:r>
        <w:separator/>
      </w:r>
    </w:p>
    <w:p w14:paraId="061C3265" w14:textId="77777777" w:rsidR="00E37AF1" w:rsidRDefault="00E37AF1"/>
  </w:endnote>
  <w:endnote w:type="continuationSeparator" w:id="0">
    <w:p w14:paraId="00438BD5" w14:textId="77777777" w:rsidR="00E37AF1" w:rsidRDefault="00E37AF1">
      <w:pPr>
        <w:spacing w:after="0" w:line="240" w:lineRule="auto"/>
      </w:pPr>
      <w:r>
        <w:continuationSeparator/>
      </w:r>
    </w:p>
    <w:p w14:paraId="3A5820DB" w14:textId="77777777" w:rsidR="00E37AF1" w:rsidRDefault="00E37A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 Bold">
    <w:altName w:val="Calibri"/>
    <w:charset w:val="00"/>
    <w:family w:val="auto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3CD6" w14:textId="2F09D8DA" w:rsidR="00B242BF" w:rsidRDefault="00CD3D54" w:rsidP="00B242BF">
    <w:pPr>
      <w:pStyle w:val="Footer"/>
      <w:jc w:val="center"/>
    </w:pPr>
    <w:r>
      <w:t>MIAI Cluster</w:t>
    </w:r>
    <w:r w:rsidR="00B242BF">
      <w:t xml:space="preserve"> </w:t>
    </w:r>
    <w:r>
      <w:t xml:space="preserve">— Page </w:t>
    </w:r>
    <w:r>
      <w:fldChar w:fldCharType="begin"/>
    </w:r>
    <w:r>
      <w:instrText>PAGE</w:instrText>
    </w:r>
    <w:r>
      <w:fldChar w:fldCharType="separate"/>
    </w:r>
    <w:r w:rsidR="009B695F">
      <w:rPr>
        <w:noProof/>
      </w:rPr>
      <w:t>1</w:t>
    </w:r>
    <w:r>
      <w:fldChar w:fldCharType="end"/>
    </w:r>
  </w:p>
  <w:p w14:paraId="069ED3E5" w14:textId="77777777" w:rsidR="00881A20" w:rsidRDefault="00881A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098E2" w14:textId="77777777" w:rsidR="00E37AF1" w:rsidRDefault="00E37AF1">
      <w:pPr>
        <w:spacing w:after="0" w:line="240" w:lineRule="auto"/>
      </w:pPr>
      <w:r>
        <w:separator/>
      </w:r>
    </w:p>
    <w:p w14:paraId="1765F5A3" w14:textId="77777777" w:rsidR="00E37AF1" w:rsidRDefault="00E37AF1"/>
  </w:footnote>
  <w:footnote w:type="continuationSeparator" w:id="0">
    <w:p w14:paraId="6DB94DC9" w14:textId="77777777" w:rsidR="00E37AF1" w:rsidRDefault="00E37AF1">
      <w:pPr>
        <w:spacing w:after="0" w:line="240" w:lineRule="auto"/>
      </w:pPr>
      <w:r>
        <w:continuationSeparator/>
      </w:r>
    </w:p>
    <w:p w14:paraId="78EA02B7" w14:textId="77777777" w:rsidR="00E37AF1" w:rsidRDefault="00E37A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66583" w14:textId="64A7CFDE" w:rsidR="009B695F" w:rsidRDefault="00487139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92544" behindDoc="1" locked="0" layoutInCell="1" allowOverlap="1" wp14:anchorId="3DA29A8D" wp14:editId="6408C634">
          <wp:simplePos x="0" y="0"/>
          <wp:positionH relativeFrom="column">
            <wp:posOffset>1250950</wp:posOffset>
          </wp:positionH>
          <wp:positionV relativeFrom="page">
            <wp:posOffset>439420</wp:posOffset>
          </wp:positionV>
          <wp:extent cx="935355" cy="626110"/>
          <wp:effectExtent l="0" t="0" r="0" b="2540"/>
          <wp:wrapTight wrapText="bothSides">
            <wp:wrapPolygon edited="0">
              <wp:start x="0" y="0"/>
              <wp:lineTo x="0" y="21030"/>
              <wp:lineTo x="21116" y="21030"/>
              <wp:lineTo x="21116" y="0"/>
              <wp:lineTo x="0" y="0"/>
            </wp:wrapPolygon>
          </wp:wrapTight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5355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0B87">
      <w:rPr>
        <w:noProof/>
      </w:rPr>
      <w:drawing>
        <wp:anchor distT="0" distB="0" distL="114300" distR="114300" simplePos="0" relativeHeight="251695616" behindDoc="1" locked="0" layoutInCell="1" allowOverlap="1" wp14:anchorId="731A4C30" wp14:editId="3FA89CFF">
          <wp:simplePos x="0" y="0"/>
          <wp:positionH relativeFrom="column">
            <wp:posOffset>-243840</wp:posOffset>
          </wp:positionH>
          <wp:positionV relativeFrom="page">
            <wp:posOffset>227965</wp:posOffset>
          </wp:positionV>
          <wp:extent cx="1363980" cy="962660"/>
          <wp:effectExtent l="0" t="0" r="0" b="0"/>
          <wp:wrapTight wrapText="bothSides">
            <wp:wrapPolygon edited="0">
              <wp:start x="12369" y="4702"/>
              <wp:lineTo x="4223" y="6839"/>
              <wp:lineTo x="2413" y="8121"/>
              <wp:lineTo x="3017" y="12396"/>
              <wp:lineTo x="7240" y="15388"/>
              <wp:lineTo x="7542" y="16243"/>
              <wp:lineTo x="18101" y="16243"/>
              <wp:lineTo x="18101" y="4702"/>
              <wp:lineTo x="12369" y="4702"/>
            </wp:wrapPolygon>
          </wp:wrapTight>
          <wp:docPr id="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63980" cy="962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7570">
      <w:rPr>
        <w:noProof/>
      </w:rPr>
      <w:drawing>
        <wp:anchor distT="0" distB="0" distL="114300" distR="114300" simplePos="0" relativeHeight="251694592" behindDoc="1" locked="0" layoutInCell="1" allowOverlap="1" wp14:anchorId="6F3D673A" wp14:editId="429BC6E4">
          <wp:simplePos x="0" y="0"/>
          <wp:positionH relativeFrom="column">
            <wp:posOffset>4550899</wp:posOffset>
          </wp:positionH>
          <wp:positionV relativeFrom="page">
            <wp:posOffset>400636</wp:posOffset>
          </wp:positionV>
          <wp:extent cx="1568450" cy="658495"/>
          <wp:effectExtent l="0" t="0" r="0" b="0"/>
          <wp:wrapTight wrapText="bothSides">
            <wp:wrapPolygon edited="0">
              <wp:start x="2623" y="1250"/>
              <wp:lineTo x="1574" y="4999"/>
              <wp:lineTo x="1312" y="12498"/>
              <wp:lineTo x="2623" y="19371"/>
              <wp:lineTo x="6034" y="19371"/>
              <wp:lineTo x="19414" y="17497"/>
              <wp:lineTo x="19938" y="13122"/>
              <wp:lineTo x="14429" y="12498"/>
              <wp:lineTo x="18627" y="8123"/>
              <wp:lineTo x="17840" y="3749"/>
              <wp:lineTo x="6034" y="1250"/>
              <wp:lineTo x="2623" y="1250"/>
            </wp:wrapPolygon>
          </wp:wrapTight>
          <wp:docPr id="1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6845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7570">
      <w:rPr>
        <w:noProof/>
      </w:rPr>
      <w:drawing>
        <wp:anchor distT="0" distB="0" distL="114300" distR="114300" simplePos="0" relativeHeight="251693568" behindDoc="1" locked="0" layoutInCell="1" allowOverlap="1" wp14:anchorId="69787C32" wp14:editId="6D29F403">
          <wp:simplePos x="0" y="0"/>
          <wp:positionH relativeFrom="column">
            <wp:posOffset>3545059</wp:posOffset>
          </wp:positionH>
          <wp:positionV relativeFrom="page">
            <wp:posOffset>400783</wp:posOffset>
          </wp:positionV>
          <wp:extent cx="618490" cy="618490"/>
          <wp:effectExtent l="0" t="0" r="0" b="0"/>
          <wp:wrapTight wrapText="bothSides">
            <wp:wrapPolygon edited="0">
              <wp:start x="0" y="0"/>
              <wp:lineTo x="0" y="20624"/>
              <wp:lineTo x="20624" y="20624"/>
              <wp:lineTo x="20624" y="0"/>
              <wp:lineTo x="0" y="0"/>
            </wp:wrapPolygon>
          </wp:wrapTight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18490" cy="618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7570">
      <w:rPr>
        <w:noProof/>
      </w:rPr>
      <w:drawing>
        <wp:anchor distT="0" distB="0" distL="114300" distR="114300" simplePos="0" relativeHeight="251696640" behindDoc="1" locked="0" layoutInCell="1" allowOverlap="1" wp14:anchorId="5BEA0205" wp14:editId="7D831976">
          <wp:simplePos x="0" y="0"/>
          <wp:positionH relativeFrom="column">
            <wp:posOffset>2489884</wp:posOffset>
          </wp:positionH>
          <wp:positionV relativeFrom="page">
            <wp:posOffset>386520</wp:posOffset>
          </wp:positionV>
          <wp:extent cx="676275" cy="661035"/>
          <wp:effectExtent l="0" t="0" r="9525" b="5715"/>
          <wp:wrapTight wrapText="bothSides">
            <wp:wrapPolygon edited="0">
              <wp:start x="5476" y="0"/>
              <wp:lineTo x="0" y="3735"/>
              <wp:lineTo x="0" y="15562"/>
              <wp:lineTo x="3042" y="19919"/>
              <wp:lineTo x="5476" y="21164"/>
              <wp:lineTo x="15211" y="21164"/>
              <wp:lineTo x="15820" y="21164"/>
              <wp:lineTo x="17645" y="19919"/>
              <wp:lineTo x="21296" y="13695"/>
              <wp:lineTo x="21296" y="8092"/>
              <wp:lineTo x="17037" y="622"/>
              <wp:lineTo x="15211" y="0"/>
              <wp:lineTo x="5476" y="0"/>
            </wp:wrapPolygon>
          </wp:wrapTight>
          <wp:docPr id="1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ce 2030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7627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022285" w14:textId="61B94E3A" w:rsidR="00790646" w:rsidRDefault="00487139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91520" behindDoc="0" locked="0" layoutInCell="1" allowOverlap="1" wp14:anchorId="3DFDF1E9" wp14:editId="019AE7F0">
              <wp:simplePos x="0" y="0"/>
              <wp:positionH relativeFrom="page">
                <wp:posOffset>-251460</wp:posOffset>
              </wp:positionH>
              <wp:positionV relativeFrom="paragraph">
                <wp:posOffset>307975</wp:posOffset>
              </wp:positionV>
              <wp:extent cx="8282940" cy="0"/>
              <wp:effectExtent l="0" t="0" r="0" b="0"/>
              <wp:wrapNone/>
              <wp:docPr id="18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8294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F4E0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0EC93F" id="Connecteur droit 18" o:spid="_x0000_s1026" style="position:absolute;z-index:25169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-19.8pt,24.25pt" to="632.4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" strokecolor="#ff4e02" strokeweight="1.5pt">
              <w10:wrap anchorx="page"/>
            </v:line>
          </w:pict>
        </mc:Fallback>
      </mc:AlternateContent>
    </w:r>
  </w:p>
  <w:p w14:paraId="16A144A7" w14:textId="0A6BB988" w:rsidR="00881A20" w:rsidRDefault="00881A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D602AC4"/>
    <w:multiLevelType w:val="hybridMultilevel"/>
    <w:tmpl w:val="BD5646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43ECB"/>
    <w:multiLevelType w:val="hybridMultilevel"/>
    <w:tmpl w:val="6DA281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D779D7"/>
    <w:multiLevelType w:val="hybridMultilevel"/>
    <w:tmpl w:val="B5FCF5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C17B5"/>
    <w:multiLevelType w:val="hybridMultilevel"/>
    <w:tmpl w:val="451E1F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B1113"/>
    <w:multiLevelType w:val="hybridMultilevel"/>
    <w:tmpl w:val="547478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18406">
    <w:abstractNumId w:val="8"/>
  </w:num>
  <w:num w:numId="2" w16cid:durableId="475803311">
    <w:abstractNumId w:val="6"/>
  </w:num>
  <w:num w:numId="3" w16cid:durableId="310715961">
    <w:abstractNumId w:val="5"/>
  </w:num>
  <w:num w:numId="4" w16cid:durableId="1376854159">
    <w:abstractNumId w:val="4"/>
  </w:num>
  <w:num w:numId="5" w16cid:durableId="1072385550">
    <w:abstractNumId w:val="7"/>
  </w:num>
  <w:num w:numId="6" w16cid:durableId="1156383606">
    <w:abstractNumId w:val="3"/>
  </w:num>
  <w:num w:numId="7" w16cid:durableId="2068455425">
    <w:abstractNumId w:val="2"/>
  </w:num>
  <w:num w:numId="8" w16cid:durableId="2111313239">
    <w:abstractNumId w:val="1"/>
  </w:num>
  <w:num w:numId="9" w16cid:durableId="2019034929">
    <w:abstractNumId w:val="0"/>
  </w:num>
  <w:num w:numId="10" w16cid:durableId="1455516730">
    <w:abstractNumId w:val="10"/>
  </w:num>
  <w:num w:numId="11" w16cid:durableId="2008482099">
    <w:abstractNumId w:val="9"/>
  </w:num>
  <w:num w:numId="12" w16cid:durableId="1839342510">
    <w:abstractNumId w:val="13"/>
  </w:num>
  <w:num w:numId="13" w16cid:durableId="1664971815">
    <w:abstractNumId w:val="12"/>
  </w:num>
  <w:num w:numId="14" w16cid:durableId="3956643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42C"/>
    <w:rsid w:val="0008724B"/>
    <w:rsid w:val="0009702C"/>
    <w:rsid w:val="000D4B1D"/>
    <w:rsid w:val="000E2054"/>
    <w:rsid w:val="000F18D5"/>
    <w:rsid w:val="0015074B"/>
    <w:rsid w:val="001C55AE"/>
    <w:rsid w:val="00201EF1"/>
    <w:rsid w:val="00246319"/>
    <w:rsid w:val="00256D6F"/>
    <w:rsid w:val="00270160"/>
    <w:rsid w:val="00284D60"/>
    <w:rsid w:val="0029639D"/>
    <w:rsid w:val="002B39F1"/>
    <w:rsid w:val="002E403C"/>
    <w:rsid w:val="00313728"/>
    <w:rsid w:val="00326F90"/>
    <w:rsid w:val="0033268A"/>
    <w:rsid w:val="0035180F"/>
    <w:rsid w:val="0038659E"/>
    <w:rsid w:val="00406AB2"/>
    <w:rsid w:val="004443FA"/>
    <w:rsid w:val="0046256C"/>
    <w:rsid w:val="00487139"/>
    <w:rsid w:val="004A0E28"/>
    <w:rsid w:val="004B0186"/>
    <w:rsid w:val="004F3A77"/>
    <w:rsid w:val="005A63CE"/>
    <w:rsid w:val="005C3C9E"/>
    <w:rsid w:val="005E37A7"/>
    <w:rsid w:val="006C0B87"/>
    <w:rsid w:val="00756630"/>
    <w:rsid w:val="00790646"/>
    <w:rsid w:val="00881A20"/>
    <w:rsid w:val="00891D69"/>
    <w:rsid w:val="008B7B05"/>
    <w:rsid w:val="008E7CD5"/>
    <w:rsid w:val="00926181"/>
    <w:rsid w:val="00933A67"/>
    <w:rsid w:val="00955F4E"/>
    <w:rsid w:val="009B695F"/>
    <w:rsid w:val="00A15CFB"/>
    <w:rsid w:val="00A358B1"/>
    <w:rsid w:val="00A45CCD"/>
    <w:rsid w:val="00A56C26"/>
    <w:rsid w:val="00AA1D8D"/>
    <w:rsid w:val="00B242BF"/>
    <w:rsid w:val="00B47730"/>
    <w:rsid w:val="00BD6B64"/>
    <w:rsid w:val="00C15690"/>
    <w:rsid w:val="00C42427"/>
    <w:rsid w:val="00CA0B0E"/>
    <w:rsid w:val="00CB0664"/>
    <w:rsid w:val="00CD3D54"/>
    <w:rsid w:val="00CD72E3"/>
    <w:rsid w:val="00D1143E"/>
    <w:rsid w:val="00D16F3F"/>
    <w:rsid w:val="00D71BE5"/>
    <w:rsid w:val="00E37AF1"/>
    <w:rsid w:val="00E77997"/>
    <w:rsid w:val="00ED35BF"/>
    <w:rsid w:val="00EF4799"/>
    <w:rsid w:val="00F03477"/>
    <w:rsid w:val="00F118D5"/>
    <w:rsid w:val="00F25263"/>
    <w:rsid w:val="00F41AAE"/>
    <w:rsid w:val="00F77570"/>
    <w:rsid w:val="00F81380"/>
    <w:rsid w:val="00FC693F"/>
    <w:rsid w:val="00FD3E8D"/>
    <w:rsid w:val="00FE2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8175CD"/>
  <w14:defaultImageDpi w14:val="300"/>
  <w15:docId w15:val="{74C3658B-2AE9-4AA0-9484-E9E5E3CF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F4E"/>
  </w:style>
  <w:style w:type="paragraph" w:styleId="Heading1">
    <w:name w:val="heading 1"/>
    <w:basedOn w:val="Normal"/>
    <w:next w:val="Normal"/>
    <w:link w:val="Heading1Char"/>
    <w:uiPriority w:val="9"/>
    <w:qFormat/>
    <w:rsid w:val="006C0B8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E51A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143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E51A1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0B8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E51A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B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FF4E0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B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C039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B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126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B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126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B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1260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B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1260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6C0B8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C0B87"/>
    <w:rPr>
      <w:rFonts w:asciiTheme="majorHAnsi" w:eastAsiaTheme="majorEastAsia" w:hAnsiTheme="majorHAnsi" w:cstheme="majorBidi"/>
      <w:color w:val="3E51A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1143E"/>
    <w:rPr>
      <w:rFonts w:asciiTheme="majorHAnsi" w:eastAsiaTheme="majorEastAsia" w:hAnsiTheme="majorHAnsi" w:cstheme="majorBidi"/>
      <w:color w:val="3E51A1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0B87"/>
    <w:rPr>
      <w:rFonts w:asciiTheme="majorHAnsi" w:eastAsiaTheme="majorEastAsia" w:hAnsiTheme="majorHAnsi" w:cstheme="majorBidi"/>
      <w:color w:val="3E51A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C0B8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E51A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C0B87"/>
    <w:rPr>
      <w:rFonts w:asciiTheme="majorHAnsi" w:eastAsiaTheme="majorEastAsia" w:hAnsiTheme="majorHAnsi" w:cstheme="majorBidi"/>
      <w:caps/>
      <w:color w:val="3E51A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B8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E51A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B87"/>
    <w:rPr>
      <w:rFonts w:asciiTheme="majorHAnsi" w:eastAsiaTheme="majorEastAsia" w:hAnsiTheme="majorHAnsi" w:cstheme="majorBidi"/>
      <w:color w:val="3E51A1"/>
      <w:sz w:val="28"/>
      <w:szCs w:val="28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C0B87"/>
    <w:pPr>
      <w:spacing w:before="120" w:after="120"/>
      <w:ind w:left="720"/>
    </w:pPr>
    <w:rPr>
      <w:color w:val="3E51A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C0B87"/>
    <w:rPr>
      <w:color w:val="3E51A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B87"/>
    <w:rPr>
      <w:rFonts w:asciiTheme="majorHAnsi" w:eastAsiaTheme="majorEastAsia" w:hAnsiTheme="majorHAnsi" w:cstheme="majorBidi"/>
      <w:color w:val="FF4E0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B87"/>
    <w:rPr>
      <w:rFonts w:asciiTheme="majorHAnsi" w:eastAsiaTheme="majorEastAsia" w:hAnsiTheme="majorHAnsi" w:cstheme="majorBidi"/>
      <w:caps/>
      <w:color w:val="C039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B87"/>
    <w:rPr>
      <w:rFonts w:asciiTheme="majorHAnsi" w:eastAsiaTheme="majorEastAsia" w:hAnsiTheme="majorHAnsi" w:cstheme="majorBidi"/>
      <w:i/>
      <w:iCs/>
      <w:caps/>
      <w:color w:val="8126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B87"/>
    <w:rPr>
      <w:rFonts w:asciiTheme="majorHAnsi" w:eastAsiaTheme="majorEastAsia" w:hAnsiTheme="majorHAnsi" w:cstheme="majorBidi"/>
      <w:b/>
      <w:bCs/>
      <w:color w:val="8126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B87"/>
    <w:rPr>
      <w:rFonts w:asciiTheme="majorHAnsi" w:eastAsiaTheme="majorEastAsia" w:hAnsiTheme="majorHAnsi" w:cstheme="majorBidi"/>
      <w:b/>
      <w:bCs/>
      <w:i/>
      <w:iCs/>
      <w:color w:val="81260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B87"/>
    <w:rPr>
      <w:rFonts w:asciiTheme="majorHAnsi" w:eastAsiaTheme="majorEastAsia" w:hAnsiTheme="majorHAnsi" w:cstheme="majorBidi"/>
      <w:i/>
      <w:iCs/>
      <w:color w:val="812600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B87"/>
    <w:pPr>
      <w:spacing w:line="240" w:lineRule="auto"/>
    </w:pPr>
    <w:rPr>
      <w:b/>
      <w:bCs/>
      <w:smallCaps/>
      <w:color w:val="3E51A1" w:themeColor="text2"/>
    </w:rPr>
  </w:style>
  <w:style w:type="character" w:styleId="Strong">
    <w:name w:val="Strong"/>
    <w:basedOn w:val="DefaultParagraphFont"/>
    <w:uiPriority w:val="22"/>
    <w:qFormat/>
    <w:rsid w:val="006C0B87"/>
    <w:rPr>
      <w:b/>
      <w:bCs/>
    </w:rPr>
  </w:style>
  <w:style w:type="character" w:styleId="Emphasis">
    <w:name w:val="Emphasis"/>
    <w:basedOn w:val="DefaultParagraphFont"/>
    <w:uiPriority w:val="20"/>
    <w:qFormat/>
    <w:rsid w:val="006C0B8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B8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E51A1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B87"/>
    <w:rPr>
      <w:rFonts w:asciiTheme="majorHAnsi" w:eastAsiaTheme="majorEastAsia" w:hAnsiTheme="majorHAnsi" w:cstheme="majorBidi"/>
      <w:color w:val="3E51A1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C0B8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C0B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C0B8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C0B87"/>
    <w:rPr>
      <w:b/>
      <w:bCs/>
      <w:smallCaps/>
      <w:color w:val="FF4E02"/>
      <w:u w:val="single"/>
    </w:rPr>
  </w:style>
  <w:style w:type="character" w:styleId="BookTitle">
    <w:name w:val="Book Title"/>
    <w:basedOn w:val="DefaultParagraphFont"/>
    <w:uiPriority w:val="33"/>
    <w:qFormat/>
    <w:rsid w:val="006C0B8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0B87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C03900" w:themeColor="accent1" w:themeShade="BF"/>
    </w:rPr>
    <w:tblPr>
      <w:tblStyleRowBandSize w:val="1"/>
      <w:tblStyleColBandSize w:val="1"/>
      <w:tblBorders>
        <w:top w:val="single" w:sz="8" w:space="0" w:color="FF4E02" w:themeColor="accent1"/>
        <w:bottom w:val="single" w:sz="8" w:space="0" w:color="FF4E0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02" w:themeColor="accent1"/>
          <w:left w:val="nil"/>
          <w:bottom w:val="single" w:sz="8" w:space="0" w:color="FF4E0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02" w:themeColor="accent1"/>
          <w:left w:val="nil"/>
          <w:bottom w:val="single" w:sz="8" w:space="0" w:color="FF4E0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2E3C78" w:themeColor="accent2" w:themeShade="BF"/>
    </w:rPr>
    <w:tblPr>
      <w:tblStyleRowBandSize w:val="1"/>
      <w:tblStyleColBandSize w:val="1"/>
      <w:tblBorders>
        <w:top w:val="single" w:sz="8" w:space="0" w:color="3E51A1" w:themeColor="accent2"/>
        <w:bottom w:val="single" w:sz="8" w:space="0" w:color="3E51A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51A1" w:themeColor="accent2"/>
          <w:left w:val="nil"/>
          <w:bottom w:val="single" w:sz="8" w:space="0" w:color="3E51A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51A1" w:themeColor="accent2"/>
          <w:left w:val="nil"/>
          <w:bottom w:val="single" w:sz="8" w:space="0" w:color="3E51A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6CAE67" w:themeColor="accent3" w:themeShade="BF"/>
    </w:rPr>
    <w:tblPr>
      <w:tblStyleRowBandSize w:val="1"/>
      <w:tblStyleColBandSize w:val="1"/>
      <w:tblBorders>
        <w:top w:val="single" w:sz="8" w:space="0" w:color="A8CFA5" w:themeColor="accent3"/>
        <w:bottom w:val="single" w:sz="8" w:space="0" w:color="A8CF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CFA5" w:themeColor="accent3"/>
          <w:left w:val="nil"/>
          <w:bottom w:val="single" w:sz="8" w:space="0" w:color="A8CF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CFA5" w:themeColor="accent3"/>
          <w:left w:val="nil"/>
          <w:bottom w:val="single" w:sz="8" w:space="0" w:color="A8CF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397C34" w:themeColor="accent4" w:themeShade="BF"/>
    </w:rPr>
    <w:tblPr>
      <w:tblStyleRowBandSize w:val="1"/>
      <w:tblStyleColBandSize w:val="1"/>
      <w:tblBorders>
        <w:top w:val="single" w:sz="8" w:space="0" w:color="4DA646" w:themeColor="accent4"/>
        <w:bottom w:val="single" w:sz="8" w:space="0" w:color="4DA64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A646" w:themeColor="accent4"/>
          <w:left w:val="nil"/>
          <w:bottom w:val="single" w:sz="8" w:space="0" w:color="4DA64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A646" w:themeColor="accent4"/>
          <w:left w:val="nil"/>
          <w:bottom w:val="single" w:sz="8" w:space="0" w:color="4DA64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FF4E0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  <w:tblStylePr w:type="band1Horz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3E51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  <w:tblStylePr w:type="band1Horz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A8CF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  <w:tblStylePr w:type="band1Horz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4DA64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  <w:tblStylePr w:type="band1Horz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  <w:insideH w:val="single" w:sz="8" w:space="0" w:color="FF4E02" w:themeColor="accent1"/>
        <w:insideV w:val="single" w:sz="8" w:space="0" w:color="FF4E0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18" w:space="0" w:color="FF4E02" w:themeColor="accent1"/>
          <w:right w:val="single" w:sz="8" w:space="0" w:color="FF4E02" w:themeColor="accent1"/>
          <w:insideH w:val="nil"/>
          <w:insideV w:val="single" w:sz="8" w:space="0" w:color="FF4E0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  <w:insideH w:val="nil"/>
          <w:insideV w:val="single" w:sz="8" w:space="0" w:color="FF4E0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  <w:tblStylePr w:type="band1Vert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  <w:shd w:val="clear" w:color="auto" w:fill="FFD3C0" w:themeFill="accent1" w:themeFillTint="3F"/>
      </w:tcPr>
    </w:tblStylePr>
    <w:tblStylePr w:type="band1Horz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  <w:insideV w:val="single" w:sz="8" w:space="0" w:color="FF4E02" w:themeColor="accent1"/>
        </w:tcBorders>
        <w:shd w:val="clear" w:color="auto" w:fill="FFD3C0" w:themeFill="accent1" w:themeFillTint="3F"/>
      </w:tcPr>
    </w:tblStylePr>
    <w:tblStylePr w:type="band2Horz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  <w:insideV w:val="single" w:sz="8" w:space="0" w:color="FF4E0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  <w:insideH w:val="single" w:sz="8" w:space="0" w:color="3E51A1" w:themeColor="accent2"/>
        <w:insideV w:val="single" w:sz="8" w:space="0" w:color="3E51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18" w:space="0" w:color="3E51A1" w:themeColor="accent2"/>
          <w:right w:val="single" w:sz="8" w:space="0" w:color="3E51A1" w:themeColor="accent2"/>
          <w:insideH w:val="nil"/>
          <w:insideV w:val="single" w:sz="8" w:space="0" w:color="3E51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  <w:insideH w:val="nil"/>
          <w:insideV w:val="single" w:sz="8" w:space="0" w:color="3E51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  <w:tblStylePr w:type="band1Vert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  <w:shd w:val="clear" w:color="auto" w:fill="CBD1EB" w:themeFill="accent2" w:themeFillTint="3F"/>
      </w:tcPr>
    </w:tblStylePr>
    <w:tblStylePr w:type="band1Horz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  <w:insideV w:val="single" w:sz="8" w:space="0" w:color="3E51A1" w:themeColor="accent2"/>
        </w:tcBorders>
        <w:shd w:val="clear" w:color="auto" w:fill="CBD1EB" w:themeFill="accent2" w:themeFillTint="3F"/>
      </w:tcPr>
    </w:tblStylePr>
    <w:tblStylePr w:type="band2Horz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  <w:insideV w:val="single" w:sz="8" w:space="0" w:color="3E51A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  <w:insideH w:val="single" w:sz="8" w:space="0" w:color="A8CFA5" w:themeColor="accent3"/>
        <w:insideV w:val="single" w:sz="8" w:space="0" w:color="A8CF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18" w:space="0" w:color="A8CFA5" w:themeColor="accent3"/>
          <w:right w:val="single" w:sz="8" w:space="0" w:color="A8CFA5" w:themeColor="accent3"/>
          <w:insideH w:val="nil"/>
          <w:insideV w:val="single" w:sz="8" w:space="0" w:color="A8CF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  <w:insideH w:val="nil"/>
          <w:insideV w:val="single" w:sz="8" w:space="0" w:color="A8CF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  <w:tblStylePr w:type="band1Vert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  <w:shd w:val="clear" w:color="auto" w:fill="E9F3E8" w:themeFill="accent3" w:themeFillTint="3F"/>
      </w:tcPr>
    </w:tblStylePr>
    <w:tblStylePr w:type="band1Horz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  <w:insideV w:val="single" w:sz="8" w:space="0" w:color="A8CFA5" w:themeColor="accent3"/>
        </w:tcBorders>
        <w:shd w:val="clear" w:color="auto" w:fill="E9F3E8" w:themeFill="accent3" w:themeFillTint="3F"/>
      </w:tcPr>
    </w:tblStylePr>
    <w:tblStylePr w:type="band2Horz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  <w:insideV w:val="single" w:sz="8" w:space="0" w:color="A8CF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  <w:insideH w:val="single" w:sz="8" w:space="0" w:color="4DA646" w:themeColor="accent4"/>
        <w:insideV w:val="single" w:sz="8" w:space="0" w:color="4DA64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18" w:space="0" w:color="4DA646" w:themeColor="accent4"/>
          <w:right w:val="single" w:sz="8" w:space="0" w:color="4DA646" w:themeColor="accent4"/>
          <w:insideH w:val="nil"/>
          <w:insideV w:val="single" w:sz="8" w:space="0" w:color="4DA64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  <w:insideH w:val="nil"/>
          <w:insideV w:val="single" w:sz="8" w:space="0" w:color="4DA64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  <w:tblStylePr w:type="band1Vert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  <w:shd w:val="clear" w:color="auto" w:fill="D1EACF" w:themeFill="accent4" w:themeFillTint="3F"/>
      </w:tcPr>
    </w:tblStylePr>
    <w:tblStylePr w:type="band1Horz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  <w:insideV w:val="single" w:sz="8" w:space="0" w:color="4DA646" w:themeColor="accent4"/>
        </w:tcBorders>
        <w:shd w:val="clear" w:color="auto" w:fill="D1EACF" w:themeFill="accent4" w:themeFillTint="3F"/>
      </w:tcPr>
    </w:tblStylePr>
    <w:tblStylePr w:type="band2Horz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  <w:insideV w:val="single" w:sz="8" w:space="0" w:color="4DA646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7941" w:themeColor="accent1" w:themeTint="BF"/>
        <w:left w:val="single" w:sz="8" w:space="0" w:color="FF7941" w:themeColor="accent1" w:themeTint="BF"/>
        <w:bottom w:val="single" w:sz="8" w:space="0" w:color="FF7941" w:themeColor="accent1" w:themeTint="BF"/>
        <w:right w:val="single" w:sz="8" w:space="0" w:color="FF7941" w:themeColor="accent1" w:themeTint="BF"/>
        <w:insideH w:val="single" w:sz="8" w:space="0" w:color="FF794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FF7941" w:themeColor="accent1" w:themeTint="BF"/>
          <w:left w:val="single" w:sz="8" w:space="0" w:color="FF7941" w:themeColor="accent1" w:themeTint="BF"/>
          <w:bottom w:val="single" w:sz="8" w:space="0" w:color="FF7941" w:themeColor="accent1" w:themeTint="BF"/>
          <w:right w:val="single" w:sz="8" w:space="0" w:color="FF7941" w:themeColor="accent1" w:themeTint="BF"/>
          <w:insideH w:val="nil"/>
          <w:insideV w:val="nil"/>
        </w:tcBorders>
        <w:shd w:val="clear" w:color="auto" w:fill="FF4E0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941" w:themeColor="accent1" w:themeTint="BF"/>
          <w:left w:val="single" w:sz="8" w:space="0" w:color="FF7941" w:themeColor="accent1" w:themeTint="BF"/>
          <w:bottom w:val="single" w:sz="8" w:space="0" w:color="FF7941" w:themeColor="accent1" w:themeTint="BF"/>
          <w:right w:val="single" w:sz="8" w:space="0" w:color="FF794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75C3" w:themeColor="accent2" w:themeTint="BF"/>
        <w:left w:val="single" w:sz="8" w:space="0" w:color="6375C3" w:themeColor="accent2" w:themeTint="BF"/>
        <w:bottom w:val="single" w:sz="8" w:space="0" w:color="6375C3" w:themeColor="accent2" w:themeTint="BF"/>
        <w:right w:val="single" w:sz="8" w:space="0" w:color="6375C3" w:themeColor="accent2" w:themeTint="BF"/>
        <w:insideH w:val="single" w:sz="8" w:space="0" w:color="6375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6375C3" w:themeColor="accent2" w:themeTint="BF"/>
          <w:left w:val="single" w:sz="8" w:space="0" w:color="6375C3" w:themeColor="accent2" w:themeTint="BF"/>
          <w:bottom w:val="single" w:sz="8" w:space="0" w:color="6375C3" w:themeColor="accent2" w:themeTint="BF"/>
          <w:right w:val="single" w:sz="8" w:space="0" w:color="6375C3" w:themeColor="accent2" w:themeTint="BF"/>
          <w:insideH w:val="nil"/>
          <w:insideV w:val="nil"/>
        </w:tcBorders>
        <w:shd w:val="clear" w:color="auto" w:fill="3E51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75C3" w:themeColor="accent2" w:themeTint="BF"/>
          <w:left w:val="single" w:sz="8" w:space="0" w:color="6375C3" w:themeColor="accent2" w:themeTint="BF"/>
          <w:bottom w:val="single" w:sz="8" w:space="0" w:color="6375C3" w:themeColor="accent2" w:themeTint="BF"/>
          <w:right w:val="single" w:sz="8" w:space="0" w:color="6375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DBBB" w:themeColor="accent3" w:themeTint="BF"/>
        <w:left w:val="single" w:sz="8" w:space="0" w:color="BDDBBB" w:themeColor="accent3" w:themeTint="BF"/>
        <w:bottom w:val="single" w:sz="8" w:space="0" w:color="BDDBBB" w:themeColor="accent3" w:themeTint="BF"/>
        <w:right w:val="single" w:sz="8" w:space="0" w:color="BDDBBB" w:themeColor="accent3" w:themeTint="BF"/>
        <w:insideH w:val="single" w:sz="8" w:space="0" w:color="BDD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BDDBBB" w:themeColor="accent3" w:themeTint="BF"/>
          <w:left w:val="single" w:sz="8" w:space="0" w:color="BDDBBB" w:themeColor="accent3" w:themeTint="BF"/>
          <w:bottom w:val="single" w:sz="8" w:space="0" w:color="BDDBBB" w:themeColor="accent3" w:themeTint="BF"/>
          <w:right w:val="single" w:sz="8" w:space="0" w:color="BDDBBB" w:themeColor="accent3" w:themeTint="BF"/>
          <w:insideH w:val="nil"/>
          <w:insideV w:val="nil"/>
        </w:tcBorders>
        <w:shd w:val="clear" w:color="auto" w:fill="A8CF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DBBB" w:themeColor="accent3" w:themeTint="BF"/>
          <w:left w:val="single" w:sz="8" w:space="0" w:color="BDDBBB" w:themeColor="accent3" w:themeTint="BF"/>
          <w:bottom w:val="single" w:sz="8" w:space="0" w:color="BDDBBB" w:themeColor="accent3" w:themeTint="BF"/>
          <w:right w:val="single" w:sz="8" w:space="0" w:color="BDD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3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C26E" w:themeColor="accent4" w:themeTint="BF"/>
        <w:left w:val="single" w:sz="8" w:space="0" w:color="74C26E" w:themeColor="accent4" w:themeTint="BF"/>
        <w:bottom w:val="single" w:sz="8" w:space="0" w:color="74C26E" w:themeColor="accent4" w:themeTint="BF"/>
        <w:right w:val="single" w:sz="8" w:space="0" w:color="74C26E" w:themeColor="accent4" w:themeTint="BF"/>
        <w:insideH w:val="single" w:sz="8" w:space="0" w:color="74C26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74C26E" w:themeColor="accent4" w:themeTint="BF"/>
          <w:left w:val="single" w:sz="8" w:space="0" w:color="74C26E" w:themeColor="accent4" w:themeTint="BF"/>
          <w:bottom w:val="single" w:sz="8" w:space="0" w:color="74C26E" w:themeColor="accent4" w:themeTint="BF"/>
          <w:right w:val="single" w:sz="8" w:space="0" w:color="74C26E" w:themeColor="accent4" w:themeTint="BF"/>
          <w:insideH w:val="nil"/>
          <w:insideV w:val="nil"/>
        </w:tcBorders>
        <w:shd w:val="clear" w:color="auto" w:fill="4DA64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26E" w:themeColor="accent4" w:themeTint="BF"/>
          <w:left w:val="single" w:sz="8" w:space="0" w:color="74C26E" w:themeColor="accent4" w:themeTint="BF"/>
          <w:bottom w:val="single" w:sz="8" w:space="0" w:color="74C26E" w:themeColor="accent4" w:themeTint="BF"/>
          <w:right w:val="single" w:sz="8" w:space="0" w:color="74C26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A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A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0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02" w:themeFill="accent1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0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51A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51A1" w:themeFill="accent2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51A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CF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CFA5" w:themeFill="accent3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8CF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A64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A646" w:themeFill="accent4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A64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4E02" w:themeColor="accent1"/>
        <w:bottom w:val="single" w:sz="8" w:space="0" w:color="FF4E0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02" w:themeColor="accent1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FF4E02" w:themeColor="accent1"/>
          <w:bottom w:val="single" w:sz="8" w:space="0" w:color="FF4E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02" w:themeColor="accent1"/>
          <w:bottom w:val="single" w:sz="8" w:space="0" w:color="FF4E02" w:themeColor="accent1"/>
        </w:tcBorders>
      </w:tcPr>
    </w:tblStylePr>
    <w:tblStylePr w:type="band1Vert">
      <w:tblPr/>
      <w:tcPr>
        <w:shd w:val="clear" w:color="auto" w:fill="FFD3C0" w:themeFill="accent1" w:themeFillTint="3F"/>
      </w:tcPr>
    </w:tblStylePr>
    <w:tblStylePr w:type="band1Horz">
      <w:tblPr/>
      <w:tcPr>
        <w:shd w:val="clear" w:color="auto" w:fill="FFD3C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51A1" w:themeColor="accent2"/>
        <w:bottom w:val="single" w:sz="8" w:space="0" w:color="3E51A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51A1" w:themeColor="accent2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3E51A1" w:themeColor="accent2"/>
          <w:bottom w:val="single" w:sz="8" w:space="0" w:color="3E51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51A1" w:themeColor="accent2"/>
          <w:bottom w:val="single" w:sz="8" w:space="0" w:color="3E51A1" w:themeColor="accent2"/>
        </w:tcBorders>
      </w:tcPr>
    </w:tblStylePr>
    <w:tblStylePr w:type="band1Vert">
      <w:tblPr/>
      <w:tcPr>
        <w:shd w:val="clear" w:color="auto" w:fill="CBD1EB" w:themeFill="accent2" w:themeFillTint="3F"/>
      </w:tcPr>
    </w:tblStylePr>
    <w:tblStylePr w:type="band1Horz">
      <w:tblPr/>
      <w:tcPr>
        <w:shd w:val="clear" w:color="auto" w:fill="CBD1E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8CFA5" w:themeColor="accent3"/>
        <w:bottom w:val="single" w:sz="8" w:space="0" w:color="A8CF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8CFA5" w:themeColor="accent3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A8CFA5" w:themeColor="accent3"/>
          <w:bottom w:val="single" w:sz="8" w:space="0" w:color="A8CF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8CFA5" w:themeColor="accent3"/>
          <w:bottom w:val="single" w:sz="8" w:space="0" w:color="A8CFA5" w:themeColor="accent3"/>
        </w:tcBorders>
      </w:tcPr>
    </w:tblStylePr>
    <w:tblStylePr w:type="band1Vert">
      <w:tblPr/>
      <w:tcPr>
        <w:shd w:val="clear" w:color="auto" w:fill="E9F3E8" w:themeFill="accent3" w:themeFillTint="3F"/>
      </w:tcPr>
    </w:tblStylePr>
    <w:tblStylePr w:type="band1Horz">
      <w:tblPr/>
      <w:tcPr>
        <w:shd w:val="clear" w:color="auto" w:fill="E9F3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A646" w:themeColor="accent4"/>
        <w:bottom w:val="single" w:sz="8" w:space="0" w:color="4DA64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A646" w:themeColor="accent4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4DA646" w:themeColor="accent4"/>
          <w:bottom w:val="single" w:sz="8" w:space="0" w:color="4DA64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A646" w:themeColor="accent4"/>
          <w:bottom w:val="single" w:sz="8" w:space="0" w:color="4DA646" w:themeColor="accent4"/>
        </w:tcBorders>
      </w:tcPr>
    </w:tblStylePr>
    <w:tblStylePr w:type="band1Vert">
      <w:tblPr/>
      <w:tcPr>
        <w:shd w:val="clear" w:color="auto" w:fill="D1EACF" w:themeFill="accent4" w:themeFillTint="3F"/>
      </w:tcPr>
    </w:tblStylePr>
    <w:tblStylePr w:type="band1Horz">
      <w:tblPr/>
      <w:tcPr>
        <w:shd w:val="clear" w:color="auto" w:fill="D1EAC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02" w:themeColor="accent1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FF4E02" w:themeColor="accen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02" w:themeColor="accent1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FF4E02" w:themeColor="accent1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C0" w:themeFill="accent1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3E51A1" w:themeColor="accent2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51A1" w:themeColor="accent2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3E51A1" w:themeColor="accent2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1EB" w:themeFill="accent2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8CFA5" w:themeColor="accent3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A8CFA5" w:themeColor="accent3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8CFA5" w:themeColor="accent3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A8CFA5" w:themeColor="accent3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3E8" w:themeFill="accent3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A646" w:themeColor="accent4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4DA646" w:themeColor="accent4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A646" w:themeColor="accent4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4DA646" w:themeColor="accent4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ACF" w:themeFill="accent4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7941" w:themeColor="accent1" w:themeTint="BF"/>
        <w:left w:val="single" w:sz="8" w:space="0" w:color="FF7941" w:themeColor="accent1" w:themeTint="BF"/>
        <w:bottom w:val="single" w:sz="8" w:space="0" w:color="FF7941" w:themeColor="accent1" w:themeTint="BF"/>
        <w:right w:val="single" w:sz="8" w:space="0" w:color="FF7941" w:themeColor="accent1" w:themeTint="BF"/>
        <w:insideH w:val="single" w:sz="8" w:space="0" w:color="FF7941" w:themeColor="accent1" w:themeTint="BF"/>
        <w:insideV w:val="single" w:sz="8" w:space="0" w:color="FF7941" w:themeColor="accent1" w:themeTint="BF"/>
      </w:tblBorders>
    </w:tblPr>
    <w:tcPr>
      <w:shd w:val="clear" w:color="auto" w:fill="FFD3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94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80" w:themeFill="accent1" w:themeFillTint="7F"/>
      </w:tcPr>
    </w:tblStylePr>
    <w:tblStylePr w:type="band1Horz">
      <w:tblPr/>
      <w:tcPr>
        <w:shd w:val="clear" w:color="auto" w:fill="FFA68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75C3" w:themeColor="accent2" w:themeTint="BF"/>
        <w:left w:val="single" w:sz="8" w:space="0" w:color="6375C3" w:themeColor="accent2" w:themeTint="BF"/>
        <w:bottom w:val="single" w:sz="8" w:space="0" w:color="6375C3" w:themeColor="accent2" w:themeTint="BF"/>
        <w:right w:val="single" w:sz="8" w:space="0" w:color="6375C3" w:themeColor="accent2" w:themeTint="BF"/>
        <w:insideH w:val="single" w:sz="8" w:space="0" w:color="6375C3" w:themeColor="accent2" w:themeTint="BF"/>
        <w:insideV w:val="single" w:sz="8" w:space="0" w:color="6375C3" w:themeColor="accent2" w:themeTint="BF"/>
      </w:tblBorders>
    </w:tblPr>
    <w:tcPr>
      <w:shd w:val="clear" w:color="auto" w:fill="CB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375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A3D7" w:themeFill="accent2" w:themeFillTint="7F"/>
      </w:tcPr>
    </w:tblStylePr>
    <w:tblStylePr w:type="band1Horz">
      <w:tblPr/>
      <w:tcPr>
        <w:shd w:val="clear" w:color="auto" w:fill="97A3D7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DBBB" w:themeColor="accent3" w:themeTint="BF"/>
        <w:left w:val="single" w:sz="8" w:space="0" w:color="BDDBBB" w:themeColor="accent3" w:themeTint="BF"/>
        <w:bottom w:val="single" w:sz="8" w:space="0" w:color="BDDBBB" w:themeColor="accent3" w:themeTint="BF"/>
        <w:right w:val="single" w:sz="8" w:space="0" w:color="BDDBBB" w:themeColor="accent3" w:themeTint="BF"/>
        <w:insideH w:val="single" w:sz="8" w:space="0" w:color="BDDBBB" w:themeColor="accent3" w:themeTint="BF"/>
        <w:insideV w:val="single" w:sz="8" w:space="0" w:color="BDDBBB" w:themeColor="accent3" w:themeTint="BF"/>
      </w:tblBorders>
    </w:tblPr>
    <w:tcPr>
      <w:shd w:val="clear" w:color="auto" w:fill="E9F3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D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7D2" w:themeFill="accent3" w:themeFillTint="7F"/>
      </w:tcPr>
    </w:tblStylePr>
    <w:tblStylePr w:type="band1Horz">
      <w:tblPr/>
      <w:tcPr>
        <w:shd w:val="clear" w:color="auto" w:fill="D3E7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C26E" w:themeColor="accent4" w:themeTint="BF"/>
        <w:left w:val="single" w:sz="8" w:space="0" w:color="74C26E" w:themeColor="accent4" w:themeTint="BF"/>
        <w:bottom w:val="single" w:sz="8" w:space="0" w:color="74C26E" w:themeColor="accent4" w:themeTint="BF"/>
        <w:right w:val="single" w:sz="8" w:space="0" w:color="74C26E" w:themeColor="accent4" w:themeTint="BF"/>
        <w:insideH w:val="single" w:sz="8" w:space="0" w:color="74C26E" w:themeColor="accent4" w:themeTint="BF"/>
        <w:insideV w:val="single" w:sz="8" w:space="0" w:color="74C26E" w:themeColor="accent4" w:themeTint="BF"/>
      </w:tblBorders>
    </w:tblPr>
    <w:tcPr>
      <w:shd w:val="clear" w:color="auto" w:fill="D1EA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C26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D69E" w:themeFill="accent4" w:themeFillTint="7F"/>
      </w:tcPr>
    </w:tblStylePr>
    <w:tblStylePr w:type="band1Horz">
      <w:tblPr/>
      <w:tcPr>
        <w:shd w:val="clear" w:color="auto" w:fill="A2D69E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  <w:insideH w:val="single" w:sz="8" w:space="0" w:color="FF4E02" w:themeColor="accent1"/>
        <w:insideV w:val="single" w:sz="8" w:space="0" w:color="FF4E02" w:themeColor="accent1"/>
      </w:tblBorders>
    </w:tblPr>
    <w:tcPr>
      <w:shd w:val="clear" w:color="auto" w:fill="FFD3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CC" w:themeFill="accent1" w:themeFillTint="33"/>
      </w:tcPr>
    </w:tblStylePr>
    <w:tblStylePr w:type="band1Vert">
      <w:tblPr/>
      <w:tcPr>
        <w:shd w:val="clear" w:color="auto" w:fill="FFA680" w:themeFill="accent1" w:themeFillTint="7F"/>
      </w:tcPr>
    </w:tblStylePr>
    <w:tblStylePr w:type="band1Horz">
      <w:tblPr/>
      <w:tcPr>
        <w:tcBorders>
          <w:insideH w:val="single" w:sz="6" w:space="0" w:color="FF4E02" w:themeColor="accent1"/>
          <w:insideV w:val="single" w:sz="6" w:space="0" w:color="FF4E02" w:themeColor="accent1"/>
        </w:tcBorders>
        <w:shd w:val="clear" w:color="auto" w:fill="FFA680" w:themeFill="accent1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  <w:insideH w:val="single" w:sz="8" w:space="0" w:color="3E51A1" w:themeColor="accent2"/>
        <w:insideV w:val="single" w:sz="8" w:space="0" w:color="3E51A1" w:themeColor="accent2"/>
      </w:tblBorders>
    </w:tblPr>
    <w:tcPr>
      <w:shd w:val="clear" w:color="auto" w:fill="CBD1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AE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AEF" w:themeFill="accent2" w:themeFillTint="33"/>
      </w:tcPr>
    </w:tblStylePr>
    <w:tblStylePr w:type="band1Vert">
      <w:tblPr/>
      <w:tcPr>
        <w:shd w:val="clear" w:color="auto" w:fill="97A3D7" w:themeFill="accent2" w:themeFillTint="7F"/>
      </w:tcPr>
    </w:tblStylePr>
    <w:tblStylePr w:type="band1Horz">
      <w:tblPr/>
      <w:tcPr>
        <w:tcBorders>
          <w:insideH w:val="single" w:sz="6" w:space="0" w:color="3E51A1" w:themeColor="accent2"/>
          <w:insideV w:val="single" w:sz="6" w:space="0" w:color="3E51A1" w:themeColor="accent2"/>
        </w:tcBorders>
        <w:shd w:val="clear" w:color="auto" w:fill="97A3D7" w:themeFill="accent2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  <w:insideH w:val="single" w:sz="8" w:space="0" w:color="A8CFA5" w:themeColor="accent3"/>
        <w:insideV w:val="single" w:sz="8" w:space="0" w:color="A8CFA5" w:themeColor="accent3"/>
      </w:tblBorders>
    </w:tblPr>
    <w:tcPr>
      <w:shd w:val="clear" w:color="auto" w:fill="E9F3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A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5EC" w:themeFill="accent3" w:themeFillTint="33"/>
      </w:tcPr>
    </w:tblStylePr>
    <w:tblStylePr w:type="band1Vert">
      <w:tblPr/>
      <w:tcPr>
        <w:shd w:val="clear" w:color="auto" w:fill="D3E7D2" w:themeFill="accent3" w:themeFillTint="7F"/>
      </w:tcPr>
    </w:tblStylePr>
    <w:tblStylePr w:type="band1Horz">
      <w:tblPr/>
      <w:tcPr>
        <w:tcBorders>
          <w:insideH w:val="single" w:sz="6" w:space="0" w:color="A8CFA5" w:themeColor="accent3"/>
          <w:insideV w:val="single" w:sz="6" w:space="0" w:color="A8CFA5" w:themeColor="accent3"/>
        </w:tcBorders>
        <w:shd w:val="clear" w:color="auto" w:fill="D3E7D2" w:themeFill="accent3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  <w:insideH w:val="single" w:sz="8" w:space="0" w:color="4DA646" w:themeColor="accent4"/>
        <w:insideV w:val="single" w:sz="8" w:space="0" w:color="4DA646" w:themeColor="accent4"/>
      </w:tblBorders>
    </w:tblPr>
    <w:tcPr>
      <w:shd w:val="clear" w:color="auto" w:fill="D1EAC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7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ED8" w:themeFill="accent4" w:themeFillTint="33"/>
      </w:tcPr>
    </w:tblStylePr>
    <w:tblStylePr w:type="band1Vert">
      <w:tblPr/>
      <w:tcPr>
        <w:shd w:val="clear" w:color="auto" w:fill="A2D69E" w:themeFill="accent4" w:themeFillTint="7F"/>
      </w:tcPr>
    </w:tblStylePr>
    <w:tblStylePr w:type="band1Horz">
      <w:tblPr/>
      <w:tcPr>
        <w:tcBorders>
          <w:insideH w:val="single" w:sz="6" w:space="0" w:color="4DA646" w:themeColor="accent4"/>
          <w:insideV w:val="single" w:sz="6" w:space="0" w:color="4DA646" w:themeColor="accent4"/>
        </w:tcBorders>
        <w:shd w:val="clear" w:color="auto" w:fill="A2D69E" w:themeFill="accent4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FFD3C0" w:themeFill="accent1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FF4E02" w:themeFill="accent1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FF4E02" w:themeFill="accent1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FF4E02" w:themeFill="accent1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FF4E02" w:themeFill="accent1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FFA680" w:themeFill="accent1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FFA68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CBD1EB" w:themeFill="accent2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3E51A1" w:themeFill="accent2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3E51A1" w:themeFill="accent2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3E51A1" w:themeFill="accent2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3E51A1" w:themeFill="accent2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97A3D7" w:themeFill="accent2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97A3D7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E9F3E8" w:themeFill="accent3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A8CFA5" w:themeFill="accent3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A8CFA5" w:themeFill="accent3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A8CFA5" w:themeFill="accent3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A8CFA5" w:themeFill="accent3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D3E7D2" w:themeFill="accent3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D3E7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D1EACF" w:themeFill="accent4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4DA646" w:themeFill="accent4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4DA646" w:themeFill="accent4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4DA646" w:themeFill="accent4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4DA646" w:themeFill="accent4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A2D69E" w:themeFill="accent4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A2D69E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FF4E0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7F26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C03900" w:themeFill="accent1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C039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39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390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3E51A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1F285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2E3C78" w:themeFill="accent2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2E3C7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3C7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3C78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A8CF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4478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6CAE67" w:themeFill="accent3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6CAE6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AE6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AE67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4DA64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2652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397C34" w:themeFill="accent4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397C3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3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34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51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000000" w:themeFill="text1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51A1" w:themeColor="accent2"/>
        <w:left w:val="single" w:sz="4" w:space="0" w:color="FF4E02" w:themeColor="accent1"/>
        <w:bottom w:val="single" w:sz="4" w:space="0" w:color="FF4E02" w:themeColor="accent1"/>
        <w:right w:val="single" w:sz="4" w:space="0" w:color="FF4E02" w:themeColor="accent1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FFED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9A2D00" w:themeFill="accent1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2D00" w:themeColor="accent1" w:themeShade="99"/>
          <w:insideV w:val="nil"/>
        </w:tcBorders>
        <w:shd w:val="clear" w:color="auto" w:fill="9A2D00" w:themeFill="accent1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2D00" w:themeFill="accent1" w:themeFillShade="99"/>
      </w:tcPr>
    </w:tblStylePr>
    <w:tblStylePr w:type="band1Vert">
      <w:tblPr/>
      <w:tcPr>
        <w:shd w:val="clear" w:color="auto" w:fill="FFB799" w:themeFill="accent1" w:themeFillTint="66"/>
      </w:tcPr>
    </w:tblStylePr>
    <w:tblStylePr w:type="band1Horz">
      <w:tblPr/>
      <w:tcPr>
        <w:shd w:val="clear" w:color="auto" w:fill="FFA6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51A1" w:themeColor="accent2"/>
        <w:left w:val="single" w:sz="4" w:space="0" w:color="3E51A1" w:themeColor="accent2"/>
        <w:bottom w:val="single" w:sz="4" w:space="0" w:color="3E51A1" w:themeColor="accent2"/>
        <w:right w:val="single" w:sz="4" w:space="0" w:color="3E51A1" w:themeColor="accent2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A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253060" w:themeFill="accent2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3060" w:themeColor="accent2" w:themeShade="99"/>
          <w:insideV w:val="nil"/>
        </w:tcBorders>
        <w:shd w:val="clear" w:color="auto" w:fill="253060" w:themeFill="accent2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3060" w:themeFill="accent2" w:themeFillShade="99"/>
      </w:tcPr>
    </w:tblStylePr>
    <w:tblStylePr w:type="band1Vert">
      <w:tblPr/>
      <w:tcPr>
        <w:shd w:val="clear" w:color="auto" w:fill="ABB5DF" w:themeFill="accent2" w:themeFillTint="66"/>
      </w:tcPr>
    </w:tblStylePr>
    <w:tblStylePr w:type="band1Horz">
      <w:tblPr/>
      <w:tcPr>
        <w:shd w:val="clear" w:color="auto" w:fill="97A3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A646" w:themeColor="accent4"/>
        <w:left w:val="single" w:sz="4" w:space="0" w:color="A8CFA5" w:themeColor="accent3"/>
        <w:bottom w:val="single" w:sz="4" w:space="0" w:color="A8CFA5" w:themeColor="accent3"/>
        <w:right w:val="single" w:sz="4" w:space="0" w:color="A8CFA5" w:themeColor="accent3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F6FA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A646" w:themeColor="accent4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52914D" w:themeFill="accent3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914D" w:themeColor="accent3" w:themeShade="99"/>
          <w:insideV w:val="nil"/>
        </w:tcBorders>
        <w:shd w:val="clear" w:color="auto" w:fill="52914D" w:themeFill="accent3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914D" w:themeFill="accent3" w:themeFillShade="99"/>
      </w:tcPr>
    </w:tblStylePr>
    <w:tblStylePr w:type="band1Vert">
      <w:tblPr/>
      <w:tcPr>
        <w:shd w:val="clear" w:color="auto" w:fill="DCEBDA" w:themeFill="accent3" w:themeFillTint="66"/>
      </w:tcPr>
    </w:tblStylePr>
    <w:tblStylePr w:type="band1Horz">
      <w:tblPr/>
      <w:tcPr>
        <w:shd w:val="clear" w:color="auto" w:fill="D3E7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8CFA5" w:themeColor="accent3"/>
        <w:left w:val="single" w:sz="4" w:space="0" w:color="4DA646" w:themeColor="accent4"/>
        <w:bottom w:val="single" w:sz="4" w:space="0" w:color="4DA646" w:themeColor="accent4"/>
        <w:right w:val="single" w:sz="4" w:space="0" w:color="4DA646" w:themeColor="accent4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CF7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CFA5" w:themeColor="accent3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2E632A" w:themeFill="accent4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32A" w:themeColor="accent4" w:themeShade="99"/>
          <w:insideV w:val="nil"/>
        </w:tcBorders>
        <w:shd w:val="clear" w:color="auto" w:fill="2E632A" w:themeFill="accent4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32A" w:themeFill="accent4" w:themeFillShade="99"/>
      </w:tcPr>
    </w:tblStylePr>
    <w:tblStylePr w:type="band1Vert">
      <w:tblPr/>
      <w:tcPr>
        <w:shd w:val="clear" w:color="auto" w:fill="B4DEB1" w:themeFill="accent4" w:themeFillTint="66"/>
      </w:tcPr>
    </w:tblStylePr>
    <w:tblStylePr w:type="band1Horz">
      <w:tblPr/>
      <w:tcPr>
        <w:shd w:val="clear" w:color="auto" w:fill="A2D69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255D91" w:themeFill="accent5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43672A" w:themeFill="accent6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4080" w:themeFill="accent2" w:themeFillShade="CC"/>
      </w:tcPr>
    </w:tblStylePr>
    <w:tblStylePr w:type="lastRow">
      <w:rPr>
        <w:b/>
        <w:bCs/>
        <w:color w:val="31408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DE6" w:themeFill="accent1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4080" w:themeFill="accent2" w:themeFillShade="CC"/>
      </w:tcPr>
    </w:tblStylePr>
    <w:tblStylePr w:type="lastRow">
      <w:rPr>
        <w:b/>
        <w:bCs/>
        <w:color w:val="31408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  <w:tblStylePr w:type="band1Horz">
      <w:tblPr/>
      <w:tcPr>
        <w:shd w:val="clear" w:color="auto" w:fill="FFDBCC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CF7" w:themeFill="accent2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4080" w:themeFill="accent2" w:themeFillShade="CC"/>
      </w:tcPr>
    </w:tblStylePr>
    <w:tblStylePr w:type="lastRow">
      <w:rPr>
        <w:b/>
        <w:bCs/>
        <w:color w:val="31408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  <w:tblStylePr w:type="band1Horz">
      <w:tblPr/>
      <w:tcPr>
        <w:shd w:val="clear" w:color="auto" w:fill="D5DAE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AF6" w:themeFill="accent3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D8438" w:themeFill="accent4" w:themeFillShade="CC"/>
      </w:tcPr>
    </w:tblStylePr>
    <w:tblStylePr w:type="lastRow">
      <w:rPr>
        <w:b/>
        <w:bCs/>
        <w:color w:val="3D843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  <w:tblStylePr w:type="band1Horz">
      <w:tblPr/>
      <w:tcPr>
        <w:shd w:val="clear" w:color="auto" w:fill="EDF5EC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7EC" w:themeFill="accent4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78B574" w:themeFill="accent3" w:themeFillShade="CC"/>
      </w:tcPr>
    </w:tblStylePr>
    <w:tblStylePr w:type="lastRow">
      <w:rPr>
        <w:b/>
        <w:bCs/>
        <w:color w:val="78B57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  <w:tblStylePr w:type="band1Horz">
      <w:tblPr/>
      <w:tcPr>
        <w:shd w:val="clear" w:color="auto" w:fill="D9EED8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1F1F1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1F1F1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FFDBCC" w:themeFill="accent1" w:themeFillTint="33"/>
    </w:tcPr>
    <w:tblStylePr w:type="firstRow">
      <w:rPr>
        <w:b/>
        <w:bCs/>
      </w:rPr>
      <w:tblPr/>
      <w:tcPr>
        <w:shd w:val="clear" w:color="auto" w:fill="FFB7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799" w:themeFill="accent1" w:themeFillTint="66"/>
      </w:tcPr>
    </w:tblStylePr>
    <w:tblStylePr w:type="firstCol">
      <w:rPr>
        <w:color w:val="F1F1F1" w:themeColor="background1"/>
      </w:rPr>
      <w:tblPr/>
      <w:tcPr>
        <w:shd w:val="clear" w:color="auto" w:fill="C03900" w:themeFill="accent1" w:themeFillShade="BF"/>
      </w:tcPr>
    </w:tblStylePr>
    <w:tblStylePr w:type="lastCol">
      <w:rPr>
        <w:color w:val="F1F1F1" w:themeColor="background1"/>
      </w:rPr>
      <w:tblPr/>
      <w:tcPr>
        <w:shd w:val="clear" w:color="auto" w:fill="C03900" w:themeFill="accent1" w:themeFillShade="BF"/>
      </w:tcPr>
    </w:tblStylePr>
    <w:tblStylePr w:type="band1Vert">
      <w:tblPr/>
      <w:tcPr>
        <w:shd w:val="clear" w:color="auto" w:fill="FFA680" w:themeFill="accent1" w:themeFillTint="7F"/>
      </w:tcPr>
    </w:tblStylePr>
    <w:tblStylePr w:type="band1Horz">
      <w:tblPr/>
      <w:tcPr>
        <w:shd w:val="clear" w:color="auto" w:fill="FFA680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D5DAEF" w:themeFill="accent2" w:themeFillTint="33"/>
    </w:tcPr>
    <w:tblStylePr w:type="firstRow">
      <w:rPr>
        <w:b/>
        <w:bCs/>
      </w:rPr>
      <w:tblPr/>
      <w:tcPr>
        <w:shd w:val="clear" w:color="auto" w:fill="ABB5D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B5DF" w:themeFill="accent2" w:themeFillTint="66"/>
      </w:tcPr>
    </w:tblStylePr>
    <w:tblStylePr w:type="firstCol">
      <w:rPr>
        <w:color w:val="F1F1F1" w:themeColor="background1"/>
      </w:rPr>
      <w:tblPr/>
      <w:tcPr>
        <w:shd w:val="clear" w:color="auto" w:fill="2E3C78" w:themeFill="accent2" w:themeFillShade="BF"/>
      </w:tcPr>
    </w:tblStylePr>
    <w:tblStylePr w:type="lastCol">
      <w:rPr>
        <w:color w:val="F1F1F1" w:themeColor="background1"/>
      </w:rPr>
      <w:tblPr/>
      <w:tcPr>
        <w:shd w:val="clear" w:color="auto" w:fill="2E3C78" w:themeFill="accent2" w:themeFillShade="BF"/>
      </w:tcPr>
    </w:tblStylePr>
    <w:tblStylePr w:type="band1Vert">
      <w:tblPr/>
      <w:tcPr>
        <w:shd w:val="clear" w:color="auto" w:fill="97A3D7" w:themeFill="accent2" w:themeFillTint="7F"/>
      </w:tcPr>
    </w:tblStylePr>
    <w:tblStylePr w:type="band1Horz">
      <w:tblPr/>
      <w:tcPr>
        <w:shd w:val="clear" w:color="auto" w:fill="97A3D7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EDF5EC" w:themeFill="accent3" w:themeFillTint="33"/>
    </w:tcPr>
    <w:tblStylePr w:type="firstRow">
      <w:rPr>
        <w:b/>
        <w:bCs/>
      </w:rPr>
      <w:tblPr/>
      <w:tcPr>
        <w:shd w:val="clear" w:color="auto" w:fill="DCEBD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BDA" w:themeFill="accent3" w:themeFillTint="66"/>
      </w:tcPr>
    </w:tblStylePr>
    <w:tblStylePr w:type="firstCol">
      <w:rPr>
        <w:color w:val="F1F1F1" w:themeColor="background1"/>
      </w:rPr>
      <w:tblPr/>
      <w:tcPr>
        <w:shd w:val="clear" w:color="auto" w:fill="6CAE67" w:themeFill="accent3" w:themeFillShade="BF"/>
      </w:tcPr>
    </w:tblStylePr>
    <w:tblStylePr w:type="lastCol">
      <w:rPr>
        <w:color w:val="F1F1F1" w:themeColor="background1"/>
      </w:rPr>
      <w:tblPr/>
      <w:tcPr>
        <w:shd w:val="clear" w:color="auto" w:fill="6CAE67" w:themeFill="accent3" w:themeFillShade="BF"/>
      </w:tcPr>
    </w:tblStylePr>
    <w:tblStylePr w:type="band1Vert">
      <w:tblPr/>
      <w:tcPr>
        <w:shd w:val="clear" w:color="auto" w:fill="D3E7D2" w:themeFill="accent3" w:themeFillTint="7F"/>
      </w:tcPr>
    </w:tblStylePr>
    <w:tblStylePr w:type="band1Horz">
      <w:tblPr/>
      <w:tcPr>
        <w:shd w:val="clear" w:color="auto" w:fill="D3E7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D9EED8" w:themeFill="accent4" w:themeFillTint="33"/>
    </w:tcPr>
    <w:tblStylePr w:type="firstRow">
      <w:rPr>
        <w:b/>
        <w:bCs/>
      </w:rPr>
      <w:tblPr/>
      <w:tcPr>
        <w:shd w:val="clear" w:color="auto" w:fill="B4DEB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DEB1" w:themeFill="accent4" w:themeFillTint="66"/>
      </w:tcPr>
    </w:tblStylePr>
    <w:tblStylePr w:type="firstCol">
      <w:rPr>
        <w:color w:val="F1F1F1" w:themeColor="background1"/>
      </w:rPr>
      <w:tblPr/>
      <w:tcPr>
        <w:shd w:val="clear" w:color="auto" w:fill="397C34" w:themeFill="accent4" w:themeFillShade="BF"/>
      </w:tcPr>
    </w:tblStylePr>
    <w:tblStylePr w:type="lastCol">
      <w:rPr>
        <w:color w:val="F1F1F1" w:themeColor="background1"/>
      </w:rPr>
      <w:tblPr/>
      <w:tcPr>
        <w:shd w:val="clear" w:color="auto" w:fill="397C34" w:themeFill="accent4" w:themeFillShade="BF"/>
      </w:tcPr>
    </w:tblStylePr>
    <w:tblStylePr w:type="band1Vert">
      <w:tblPr/>
      <w:tcPr>
        <w:shd w:val="clear" w:color="auto" w:fill="A2D69E" w:themeFill="accent4" w:themeFillTint="7F"/>
      </w:tcPr>
    </w:tblStylePr>
    <w:tblStylePr w:type="band1Horz">
      <w:tblPr/>
      <w:tcPr>
        <w:shd w:val="clear" w:color="auto" w:fill="A2D69E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1F1F1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1F1F1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1F1F1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1F1F1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D71BE5"/>
    <w:rPr>
      <w:color w:val="FF4E0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1BE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13728"/>
    <w:rPr>
      <w:color w:val="FF4E0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posibus.univ-grenoble-alpes.fr/appel/miai-projets-exploratoires-202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oud.univ-grenoble-alpes.fr/s/CQPXfK3Gmocc6B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cloud.univ-grenoble-alpes.fr/s/eGycoSREcTPsQN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loud.univ-grenoble-alpes.fr/s/wtLD2MXPggqWDd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MIAI Cluster IA">
      <a:dk1>
        <a:srgbClr val="000000"/>
      </a:dk1>
      <a:lt1>
        <a:srgbClr val="F1F1F1"/>
      </a:lt1>
      <a:dk2>
        <a:srgbClr val="3E51A1"/>
      </a:dk2>
      <a:lt2>
        <a:srgbClr val="E7E6E6"/>
      </a:lt2>
      <a:accent1>
        <a:srgbClr val="FF4E02"/>
      </a:accent1>
      <a:accent2>
        <a:srgbClr val="3E51A1"/>
      </a:accent2>
      <a:accent3>
        <a:srgbClr val="A8CFA5"/>
      </a:accent3>
      <a:accent4>
        <a:srgbClr val="4DA646"/>
      </a:accent4>
      <a:accent5>
        <a:srgbClr val="5B9BD5"/>
      </a:accent5>
      <a:accent6>
        <a:srgbClr val="70AD47"/>
      </a:accent6>
      <a:hlink>
        <a:srgbClr val="FF4E02"/>
      </a:hlink>
      <a:folHlink>
        <a:srgbClr val="FF4E02"/>
      </a:folHlink>
    </a:clrScheme>
    <a:fontScheme name="Typo MIAI Cluster">
      <a:majorFont>
        <a:latin typeface="Mont 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420</Words>
  <Characters>2311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ANNE BAVAZZANO DESBRIERES</cp:lastModifiedBy>
  <cp:revision>6</cp:revision>
  <dcterms:created xsi:type="dcterms:W3CDTF">2026-10-29T15:14:00Z</dcterms:created>
  <dcterms:modified xsi:type="dcterms:W3CDTF">2026-10-29T15:41:00Z</dcterms:modified>
  <cp:category/>
</cp:coreProperties>
</file>